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Youth — Months 1–3</w:t>
      </w:r>
    </w:p>
    <w:p>
      <w:pPr>
        <w:spacing w:after="140"/>
        <w:jc w:val="center"/>
      </w:pPr>
      <w:r>
        <w:rPr>
          <w:b w:val="0"/>
          <w:i w:val="0"/>
          <w:sz w:val="28"/>
        </w:rPr>
        <w:t>Quarter 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Youth: Final Exam — Months 1–3.</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Directions</w:t>
      </w:r>
    </w:p>
    <w:p>
      <w:pPr>
        <w:spacing w:after="140"/>
      </w:pPr>
      <w:r>
        <w:rPr>
          <w:b w:val="0"/>
          <w:i w:val="0"/>
          <w:sz w:val="22"/>
        </w:rPr>
        <w:t>This is a formal exam. It covers the three classes of this quarter (Months 1–3) in Minister Destiny Testimony Schools — Youth. Every question comes from those classes — the lessons, the Words to know, and the stories you studied.</w:t>
      </w:r>
    </w:p>
    <w:p>
      <w:pPr>
        <w:spacing w:after="140"/>
      </w:pPr>
      <w:r>
        <w:rPr>
          <w:b w:val="0"/>
          <w:i w:val="0"/>
          <w:sz w:val="22"/>
        </w:rPr>
        <w:t>The exam has TWO SESSIONS. Session 1 has 20 multiple-choice questions and 3 written answers. Session 2 has 20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(40 points). Written answers are scored with the guide at the back of this book (30 points). Total: 70 points. Score 56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1</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1:</w:t>
      </w:r>
    </w:p>
    <w:p>
      <w:pPr>
        <w:spacing w:after="140"/>
      </w:pPr>
      <w:r>
        <w:rPr>
          <w:b/>
          <w:i w:val="0"/>
          <w:sz w:val="22"/>
        </w:rPr>
        <w:t>Month 1: Safety at Home and Knowing a Trusted Adult</w:t>
      </w:r>
    </w:p>
    <w:p>
      <w:pPr>
        <w:spacing w:after="140"/>
      </w:pPr>
      <w:r>
        <w:rPr>
          <w:b w:val="0"/>
          <w:i w:val="0"/>
          <w:sz w:val="22"/>
        </w:rPr>
        <w:t>Main things studied: What safe at home really means · Red flags at home — signs something is wrong · Your trusted-adult map — build it before you need it · How to ask for help when you cannot talk out loud · Your quick safety plan — make it today · What NOT to do</w:t>
      </w:r>
    </w:p>
    <w:p>
      <w:pPr>
        <w:spacing w:after="140"/>
      </w:pPr>
      <w:r>
        <w:rPr>
          <w:b/>
          <w:i w:val="0"/>
          <w:sz w:val="22"/>
        </w:rPr>
        <w:t>Month 2: Online Safety — Strangers, Grooming, Sexting, and Sextortion</w:t>
      </w:r>
    </w:p>
    <w:p>
      <w:pPr>
        <w:spacing w:after="140"/>
      </w:pPr>
      <w:r>
        <w:rPr>
          <w:b w:val="0"/>
          <w:i w:val="0"/>
          <w:sz w:val="22"/>
        </w:rPr>
        <w:t>Main things studied: Why online safety needs its own plan · Grooming — the pattern, step by step · The photo rule — this one matters most · Everyday online safety habits · If it already happened — the exact steps · What to expect after you tell</w:t>
      </w:r>
    </w:p>
    <w:p>
      <w:pPr>
        <w:spacing w:after="140"/>
      </w:pPr>
      <w:r>
        <w:rPr>
          <w:b/>
          <w:i w:val="0"/>
          <w:sz w:val="22"/>
        </w:rPr>
        <w:t>Month 3: Bullying and Cyberbullying — What to Do, How to Help a Friend</w:t>
      </w:r>
    </w:p>
    <w:p>
      <w:pPr>
        <w:spacing w:after="140"/>
      </w:pPr>
      <w:r>
        <w:rPr>
          <w:b w:val="0"/>
          <w:i w:val="0"/>
          <w:sz w:val="22"/>
        </w:rPr>
        <w:t>Main things studied: What bullying is — and what it is not · The four kinds of bullying · If it is happening to you — the plan, step by step · If you see it happening to someone else — be the reason it stops · If you realize you have been part of it · Threats and crimes are different — act faster</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Month 1: Safety at Home and Knowing a Trusted Adult</w:t>
      </w:r>
    </w:p>
    <w:p>
      <w:pPr>
        <w:spacing w:after="140"/>
      </w:pPr>
      <w:r>
        <w:rPr>
          <w:b w:val="0"/>
          <w:i w:val="0"/>
          <w:sz w:val="22"/>
        </w:rPr>
        <w:t>• Trusted adult — a grown-up who believes you, does not hurt you, and will act to help.</w:t>
      </w:r>
    </w:p>
    <w:p>
      <w:pPr>
        <w:spacing w:after="140"/>
      </w:pPr>
      <w:r>
        <w:rPr>
          <w:b w:val="0"/>
          <w:i w:val="0"/>
          <w:sz w:val="22"/>
        </w:rPr>
        <w:t>• Red flag — a warning sign that something is wrong or unsafe.</w:t>
      </w:r>
    </w:p>
    <w:p>
      <w:pPr>
        <w:spacing w:after="140"/>
      </w:pPr>
      <w:r>
        <w:rPr>
          <w:b w:val="0"/>
          <w:i w:val="0"/>
          <w:sz w:val="22"/>
        </w:rPr>
        <w:t>• Safety plan — a plan you make ahead of time: where to go, who to call, and what to say.</w:t>
      </w:r>
    </w:p>
    <w:p>
      <w:pPr>
        <w:spacing w:after="140"/>
      </w:pPr>
      <w:r>
        <w:rPr>
          <w:b w:val="0"/>
          <w:i w:val="0"/>
          <w:sz w:val="22"/>
        </w:rPr>
        <w:t>• Mandated reporter — a professional, like a teacher, counselor, nurse, or coach, who is required by law to report when a child may be abused or neglected.</w:t>
      </w:r>
    </w:p>
    <w:p>
      <w:pPr>
        <w:spacing w:after="140"/>
      </w:pPr>
      <w:r>
        <w:rPr>
          <w:b w:val="0"/>
          <w:i w:val="0"/>
          <w:sz w:val="22"/>
        </w:rPr>
        <w:t>• Neglect — when a child's basic needs for food, shelter, supervision, or medical care are not being met.</w:t>
      </w:r>
    </w:p>
    <w:p>
      <w:pPr>
        <w:spacing w:after="140"/>
      </w:pPr>
      <w:r>
        <w:rPr>
          <w:b w:val="0"/>
          <w:i w:val="0"/>
          <w:sz w:val="22"/>
        </w:rPr>
        <w:t>• Code word — a word or phrase you agree on ahead of time that quietly means "I need help now."</w:t>
      </w:r>
    </w:p>
    <w:p>
      <w:pPr>
        <w:spacing w:after="140"/>
      </w:pPr>
      <w:r>
        <w:rPr>
          <w:b w:val="0"/>
          <w:i w:val="0"/>
          <w:sz w:val="22"/>
        </w:rPr>
        <w:t>• Confidential — kept private, shared only with people who need to know in order to help or keep you safe.</w:t>
      </w:r>
    </w:p>
    <w:p>
      <w:pPr>
        <w:pStyle w:val="Heading2"/>
      </w:pPr>
      <w:r>
        <w:t>Month 2: Online Safety — Strangers, Grooming, Sexting, and Sextortion</w:t>
      </w:r>
    </w:p>
    <w:p>
      <w:pPr>
        <w:spacing w:after="140"/>
      </w:pPr>
      <w:r>
        <w:rPr>
          <w:b w:val="0"/>
          <w:i w:val="0"/>
          <w:sz w:val="22"/>
        </w:rPr>
        <w:t>• Grooming — when someone slowly builds a child's trust in order to use or harm them.</w:t>
      </w:r>
    </w:p>
    <w:p>
      <w:pPr>
        <w:spacing w:after="140"/>
      </w:pPr>
      <w:r>
        <w:rPr>
          <w:b w:val="0"/>
          <w:i w:val="0"/>
          <w:sz w:val="22"/>
        </w:rPr>
        <w:t>• Sextortion — threatening to share someone's private images unless they send more images or money; a crime committed by the person threatening.</w:t>
      </w:r>
    </w:p>
    <w:p>
      <w:pPr>
        <w:spacing w:after="140"/>
      </w:pPr>
      <w:r>
        <w:rPr>
          <w:b w:val="0"/>
          <w:i w:val="0"/>
          <w:sz w:val="22"/>
        </w:rPr>
        <w:t>• Predator — a person who targets children to harm or use them.</w:t>
      </w:r>
    </w:p>
    <w:p>
      <w:pPr>
        <w:spacing w:after="140"/>
      </w:pPr>
      <w:r>
        <w:rPr>
          <w:b w:val="0"/>
          <w:i w:val="0"/>
          <w:sz w:val="22"/>
        </w:rPr>
        <w:t>• Block / report — app tools that cut off contact and alert the platform about an account.</w:t>
      </w:r>
    </w:p>
    <w:p>
      <w:pPr>
        <w:spacing w:after="140"/>
      </w:pPr>
      <w:r>
        <w:rPr>
          <w:b w:val="0"/>
          <w:i w:val="0"/>
          <w:sz w:val="22"/>
        </w:rPr>
        <w:t>• Digital footprint — everything you post, send, and share online, which can be copied even after you delete it.</w:t>
      </w:r>
    </w:p>
    <w:p>
      <w:pPr>
        <w:spacing w:after="140"/>
      </w:pPr>
      <w:r>
        <w:rPr>
          <w:b w:val="0"/>
          <w:i w:val="0"/>
          <w:sz w:val="22"/>
        </w:rPr>
        <w:t>• CyberTipline — the national reporting system for online exploitation of children, run by the National Center for Missing &amp; Exploited Children.</w:t>
      </w:r>
    </w:p>
    <w:p>
      <w:pPr>
        <w:spacing w:after="140"/>
      </w:pPr>
      <w:r>
        <w:rPr>
          <w:b w:val="0"/>
          <w:i w:val="0"/>
          <w:sz w:val="22"/>
        </w:rPr>
        <w:t>• Private account — an account setting where only people you approve can see your posts and contact you.</w:t>
      </w:r>
    </w:p>
    <w:p>
      <w:pPr>
        <w:pStyle w:val="Heading2"/>
      </w:pPr>
      <w:r>
        <w:t>Month 3: Bullying and Cyberbullying — What to Do, How to Help a Friend</w:t>
      </w:r>
    </w:p>
    <w:p>
      <w:pPr>
        <w:spacing w:after="140"/>
      </w:pPr>
      <w:r>
        <w:rPr>
          <w:b w:val="0"/>
          <w:i w:val="0"/>
          <w:sz w:val="22"/>
        </w:rPr>
        <w:t>• Bullying — repeated, on-purpose harm where there is a power difference.</w:t>
      </w:r>
    </w:p>
    <w:p>
      <w:pPr>
        <w:spacing w:after="140"/>
      </w:pPr>
      <w:r>
        <w:rPr>
          <w:b w:val="0"/>
          <w:i w:val="0"/>
          <w:sz w:val="22"/>
        </w:rPr>
        <w:t>• Cyberbullying — bullying done through phones, apps, games, or social media.</w:t>
      </w:r>
    </w:p>
    <w:p>
      <w:pPr>
        <w:spacing w:after="140"/>
      </w:pPr>
      <w:r>
        <w:rPr>
          <w:b w:val="0"/>
          <w:i w:val="0"/>
          <w:sz w:val="22"/>
        </w:rPr>
        <w:t>• Bystander — someone who sees bullying happen.</w:t>
      </w:r>
    </w:p>
    <w:p>
      <w:pPr>
        <w:spacing w:after="140"/>
      </w:pPr>
      <w:r>
        <w:rPr>
          <w:b w:val="0"/>
          <w:i w:val="0"/>
          <w:sz w:val="22"/>
        </w:rPr>
        <w:t>• Upstander — a bystander who acts: supports the target, refuses to feed it, and tells an adult.</w:t>
      </w:r>
    </w:p>
    <w:p>
      <w:pPr>
        <w:spacing w:after="140"/>
      </w:pPr>
      <w:r>
        <w:rPr>
          <w:b w:val="0"/>
          <w:i w:val="0"/>
          <w:sz w:val="22"/>
        </w:rPr>
        <w:t>• Evidence — screenshots, dates, and saved messages that show what happened.</w:t>
      </w:r>
    </w:p>
    <w:p>
      <w:pPr>
        <w:spacing w:after="140"/>
      </w:pPr>
      <w:r>
        <w:rPr>
          <w:b w:val="0"/>
          <w:i w:val="0"/>
          <w:sz w:val="22"/>
        </w:rPr>
        <w:t>• Power difference — an imbalance that makes it hard to defend yourself, such as size, age, popularity, numbers, or holding secrets or photos.</w:t>
      </w:r>
    </w:p>
    <w:p>
      <w:pPr>
        <w:spacing w:after="140"/>
      </w:pPr>
      <w:r>
        <w:rPr>
          <w:b w:val="0"/>
          <w:i w:val="0"/>
          <w:sz w:val="22"/>
        </w:rPr>
        <w:t>• Exclusion — leaving someone out on purpose as a way to hurt or control them.</w:t>
      </w:r>
    </w:p>
    <w:p>
      <w:r>
        <w:br w:type="page"/>
      </w:r>
    </w:p>
    <w:p>
      <w:pPr>
        <w:pStyle w:val="Heading1"/>
      </w:pPr>
      <w:r>
        <w:t>Session 1</w:t>
      </w:r>
    </w:p>
    <w:p>
      <w:pPr>
        <w:spacing w:after="140"/>
      </w:pPr>
      <w:r>
        <w:rPr>
          <w:b/>
          <w:i w:val="0"/>
          <w:color w:val="555555"/>
          <w:sz w:val="22"/>
        </w:rPr>
        <w:t>Minister Destiny Testimony Schools — Youth</w:t>
      </w:r>
    </w:p>
    <w:p>
      <w:pPr>
        <w:spacing w:after="140"/>
      </w:pPr>
      <w:r>
        <w:rPr>
          <w:b w:val="0"/>
          <w:i w:val="0"/>
          <w:sz w:val="22"/>
        </w:rPr>
        <w:t>Multiple choice — questions 1–20. Then written answers W1–W3.</w:t>
      </w:r>
    </w:p>
    <w:p>
      <w:pPr>
        <w:spacing w:after="60"/>
      </w:pPr>
      <w:r>
        <w:rPr>
          <w:b/>
          <w:i w:val="0"/>
          <w:sz w:val="22"/>
        </w:rPr>
        <w:t>1. Tomas feels tense every time he walks through his front door and hides in his room to stay out of the way each night. What does Month 1 teach about a feeling like that?</w:t>
      </w:r>
    </w:p>
    <w:p>
      <w:pPr>
        <w:spacing w:after="60"/>
      </w:pPr>
      <w:r>
        <w:rPr>
          <w:b w:val="0"/>
          <w:i w:val="0"/>
          <w:sz w:val="22"/>
        </w:rPr>
        <w:t>A. It means you are being dramatic and should ignore it</w:t>
      </w:r>
    </w:p>
    <w:p>
      <w:pPr>
        <w:spacing w:after="60"/>
      </w:pPr>
      <w:r>
        <w:rPr>
          <w:b w:val="0"/>
          <w:i w:val="0"/>
          <w:sz w:val="22"/>
        </w:rPr>
        <w:t>B. It only matters if someone has already hit you</w:t>
      </w:r>
    </w:p>
    <w:p>
      <w:pPr>
        <w:spacing w:after="60"/>
      </w:pPr>
      <w:r>
        <w:rPr>
          <w:b w:val="0"/>
          <w:i w:val="0"/>
          <w:sz w:val="22"/>
        </w:rPr>
        <w:t>C. You should wait until you can prove things are bad enough</w:t>
      </w:r>
    </w:p>
    <w:p>
      <w:pPr>
        <w:spacing w:after="60"/>
      </w:pPr>
      <w:r>
        <w:rPr>
          <w:b w:val="0"/>
          <w:i w:val="0"/>
          <w:sz w:val="22"/>
        </w:rPr>
        <w:t>D. Your feelings are information, and feeling that way is enough reason to talk to a trusted adult</w:t>
      </w:r>
    </w:p>
    <w:p>
      <w:pPr>
        <w:spacing w:after="60"/>
      </w:pPr>
      <w:r>
        <w:rPr>
          <w:b/>
          <w:i w:val="0"/>
          <w:sz w:val="22"/>
        </w:rPr>
        <w:t>2. Which home is best described as safe, even though it is not perfect?</w:t>
      </w:r>
    </w:p>
    <w:p>
      <w:pPr>
        <w:spacing w:after="60"/>
      </w:pPr>
      <w:r>
        <w:rPr>
          <w:b w:val="0"/>
          <w:i w:val="0"/>
          <w:sz w:val="22"/>
        </w:rPr>
        <w:t>A. A home where no one ever disagrees about anything</w:t>
      </w:r>
    </w:p>
    <w:p>
      <w:pPr>
        <w:spacing w:after="60"/>
      </w:pPr>
      <w:r>
        <w:rPr>
          <w:b w:val="0"/>
          <w:i w:val="0"/>
          <w:sz w:val="22"/>
        </w:rPr>
        <w:t>B. A home where a young person is scared all the time but never says so</w:t>
      </w:r>
    </w:p>
    <w:p>
      <w:pPr>
        <w:spacing w:after="60"/>
      </w:pPr>
      <w:r>
        <w:rPr>
          <w:b w:val="0"/>
          <w:i w:val="0"/>
          <w:sz w:val="22"/>
        </w:rPr>
        <w:t>C. A home where an adult is often drunk and no steady adult is in charge</w:t>
      </w:r>
    </w:p>
    <w:p>
      <w:pPr>
        <w:spacing w:after="60"/>
      </w:pPr>
      <w:r>
        <w:rPr>
          <w:b w:val="0"/>
          <w:i w:val="0"/>
          <w:sz w:val="22"/>
        </w:rPr>
        <w:t>D. A family argues sometimes, but no one is hurt, there is food and a place to sleep, and someone knows where the young person is</w:t>
      </w:r>
    </w:p>
    <w:p>
      <w:pPr>
        <w:spacing w:after="60"/>
      </w:pPr>
      <w:r>
        <w:rPr>
          <w:b/>
          <w:i w:val="0"/>
          <w:sz w:val="22"/>
        </w:rPr>
        <w:t>3. Rae and her aunt agree that if Rae texts the word 'library,' it means Rae needs help and an adult should be sent. In Month 1, 'library' is an example of what?</w:t>
      </w:r>
    </w:p>
    <w:p>
      <w:pPr>
        <w:spacing w:after="60"/>
      </w:pPr>
      <w:r>
        <w:rPr>
          <w:b w:val="0"/>
          <w:i w:val="0"/>
          <w:sz w:val="22"/>
        </w:rPr>
        <w:t>A. A safety plan by itself</w:t>
      </w:r>
    </w:p>
    <w:p>
      <w:pPr>
        <w:spacing w:after="60"/>
      </w:pPr>
      <w:r>
        <w:rPr>
          <w:b w:val="0"/>
          <w:i w:val="0"/>
          <w:sz w:val="22"/>
        </w:rPr>
        <w:t>B. A mandated report</w:t>
      </w:r>
    </w:p>
    <w:p>
      <w:pPr>
        <w:spacing w:after="60"/>
      </w:pPr>
      <w:r>
        <w:rPr>
          <w:b w:val="0"/>
          <w:i w:val="0"/>
          <w:sz w:val="22"/>
        </w:rPr>
        <w:t>C. A confidential file</w:t>
      </w:r>
    </w:p>
    <w:p>
      <w:pPr>
        <w:spacing w:after="60"/>
      </w:pPr>
      <w:r>
        <w:rPr>
          <w:b w:val="0"/>
          <w:i w:val="0"/>
          <w:sz w:val="22"/>
        </w:rPr>
        <w:t>D. A code word agreed on ahead of time</w:t>
      </w:r>
    </w:p>
    <w:p>
      <w:pPr>
        <w:spacing w:after="60"/>
      </w:pPr>
      <w:r>
        <w:rPr>
          <w:b/>
          <w:i w:val="0"/>
          <w:sz w:val="22"/>
        </w:rPr>
        <w:t>4. It is not safe for Ben to speak out loud at home about a problem. Which way of asking for help does Month 1 name?</w:t>
      </w:r>
    </w:p>
    <w:p>
      <w:pPr>
        <w:spacing w:after="60"/>
      </w:pPr>
      <w:r>
        <w:rPr>
          <w:b w:val="0"/>
          <w:i w:val="0"/>
          <w:sz w:val="22"/>
        </w:rPr>
        <w:t>A. Yelling so a neighbor might hear</w:t>
      </w:r>
    </w:p>
    <w:p>
      <w:pPr>
        <w:spacing w:after="60"/>
      </w:pPr>
      <w:r>
        <w:rPr>
          <w:b w:val="0"/>
          <w:i w:val="0"/>
          <w:sz w:val="22"/>
        </w:rPr>
        <w:t>B. Waiting silently until next week</w:t>
      </w:r>
    </w:p>
    <w:p>
      <w:pPr>
        <w:spacing w:after="60"/>
      </w:pPr>
      <w:r>
        <w:rPr>
          <w:b w:val="0"/>
          <w:i w:val="0"/>
          <w:sz w:val="22"/>
        </w:rPr>
        <w:t>C. Posting the problem where everyone can see it</w:t>
      </w:r>
    </w:p>
    <w:p>
      <w:pPr>
        <w:spacing w:after="60"/>
      </w:pPr>
      <w:r>
        <w:rPr>
          <w:b w:val="0"/>
          <w:i w:val="0"/>
          <w:sz w:val="22"/>
        </w:rPr>
        <w:t>D. Showing someone a note written on paper or on his phone screen</w:t>
      </w:r>
    </w:p>
    <w:p>
      <w:pPr>
        <w:spacing w:after="60"/>
      </w:pPr>
      <w:r>
        <w:rPr>
          <w:b/>
          <w:i w:val="0"/>
          <w:sz w:val="22"/>
        </w:rPr>
        <w:t>5. In a quick safety plan, keeping shoes by the door and a phone charged when you can belongs to which part?</w:t>
      </w:r>
    </w:p>
    <w:p>
      <w:pPr>
        <w:spacing w:after="60"/>
      </w:pPr>
      <w:r>
        <w:rPr>
          <w:b w:val="0"/>
          <w:i w:val="0"/>
          <w:sz w:val="22"/>
        </w:rPr>
        <w:t>A. Safe words</w:t>
      </w:r>
    </w:p>
    <w:p>
      <w:pPr>
        <w:spacing w:after="60"/>
      </w:pPr>
      <w:r>
        <w:rPr>
          <w:b w:val="0"/>
          <w:i w:val="0"/>
          <w:sz w:val="22"/>
        </w:rPr>
        <w:t>B. A safe person</w:t>
      </w:r>
    </w:p>
    <w:p>
      <w:pPr>
        <w:spacing w:after="60"/>
      </w:pPr>
      <w:r>
        <w:rPr>
          <w:b w:val="0"/>
          <w:i w:val="0"/>
          <w:sz w:val="22"/>
        </w:rPr>
        <w:t>C. A safe place</w:t>
      </w:r>
    </w:p>
    <w:p>
      <w:pPr>
        <w:spacing w:after="60"/>
      </w:pPr>
      <w:r>
        <w:rPr>
          <w:b w:val="0"/>
          <w:i w:val="0"/>
          <w:sz w:val="22"/>
        </w:rPr>
        <w:t>D. Essentials — what you need if you ever have to leave fast</w:t>
      </w:r>
    </w:p>
    <w:p>
      <w:pPr>
        <w:spacing w:after="60"/>
      </w:pPr>
      <w:r>
        <w:rPr>
          <w:b/>
          <w:i w:val="0"/>
          <w:sz w:val="22"/>
        </w:rPr>
        <w:t>6. Two adults at home start fighting. What does Month 1 say NOT to do?</w:t>
      </w:r>
    </w:p>
    <w:p>
      <w:pPr>
        <w:spacing w:after="60"/>
      </w:pPr>
      <w:r>
        <w:rPr>
          <w:b w:val="0"/>
          <w:i w:val="0"/>
          <w:sz w:val="22"/>
        </w:rPr>
        <w:t>A. Get to your safe place</w:t>
      </w:r>
    </w:p>
    <w:p>
      <w:pPr>
        <w:spacing w:after="60"/>
      </w:pPr>
      <w:r>
        <w:rPr>
          <w:b w:val="0"/>
          <w:i w:val="0"/>
          <w:sz w:val="22"/>
        </w:rPr>
        <w:t>B. Step between them or protect someone by putting your own body in the way</w:t>
      </w:r>
    </w:p>
    <w:p>
      <w:pPr>
        <w:spacing w:after="60"/>
      </w:pPr>
      <w:r>
        <w:rPr>
          <w:b w:val="0"/>
          <w:i w:val="0"/>
          <w:sz w:val="22"/>
        </w:rPr>
        <w:t>C. Get an adult to help</w:t>
      </w:r>
    </w:p>
    <w:p>
      <w:pPr>
        <w:spacing w:after="60"/>
      </w:pPr>
      <w:r>
        <w:rPr>
          <w:b w:val="0"/>
          <w:i w:val="0"/>
          <w:sz w:val="22"/>
        </w:rPr>
        <w:t>D. Call 911 if someone is in danger</w:t>
      </w:r>
    </w:p>
    <w:p>
      <w:pPr>
        <w:spacing w:after="60"/>
      </w:pPr>
      <w:r>
        <w:rPr>
          <w:b/>
          <w:i w:val="0"/>
          <w:sz w:val="22"/>
        </w:rPr>
        <w:t>7. What does 'confidential' mean in Month 1?</w:t>
      </w:r>
    </w:p>
    <w:p>
      <w:pPr>
        <w:spacing w:after="60"/>
      </w:pPr>
      <w:r>
        <w:rPr>
          <w:b w:val="0"/>
          <w:i w:val="0"/>
          <w:sz w:val="22"/>
        </w:rPr>
        <w:t>A. Kept private, shared only with people who need to know in order to help or keep you safe</w:t>
      </w:r>
    </w:p>
    <w:p>
      <w:pPr>
        <w:spacing w:after="60"/>
      </w:pPr>
      <w:r>
        <w:rPr>
          <w:b w:val="0"/>
          <w:i w:val="0"/>
          <w:sz w:val="22"/>
        </w:rPr>
        <w:t>B. Never shared with anyone, even to get help</w:t>
      </w:r>
    </w:p>
    <w:p>
      <w:pPr>
        <w:spacing w:after="60"/>
      </w:pPr>
      <w:r>
        <w:rPr>
          <w:b w:val="0"/>
          <w:i w:val="0"/>
          <w:sz w:val="22"/>
        </w:rPr>
        <w:t>C. Shared with the whole school</w:t>
      </w:r>
    </w:p>
    <w:p>
      <w:pPr>
        <w:spacing w:after="60"/>
      </w:pPr>
      <w:r>
        <w:rPr>
          <w:b w:val="0"/>
          <w:i w:val="0"/>
          <w:sz w:val="22"/>
        </w:rPr>
        <w:t>D. Posted only where friends can see it</w:t>
      </w:r>
    </w:p>
    <w:p>
      <w:pPr>
        <w:spacing w:after="60"/>
      </w:pPr>
      <w:r>
        <w:rPr>
          <w:b/>
          <w:i w:val="0"/>
          <w:sz w:val="22"/>
        </w:rPr>
        <w:t>8. Why does Month 1 suggest practicing the sentence 'I need to tell you something serious' while you are calm?</w:t>
      </w:r>
    </w:p>
    <w:p>
      <w:pPr>
        <w:spacing w:after="60"/>
      </w:pPr>
      <w:r>
        <w:rPr>
          <w:b w:val="0"/>
          <w:i w:val="0"/>
          <w:sz w:val="22"/>
        </w:rPr>
        <w:t>A. So you can memorize every law about home safety</w:t>
      </w:r>
    </w:p>
    <w:p>
      <w:pPr>
        <w:spacing w:after="60"/>
      </w:pPr>
      <w:r>
        <w:rPr>
          <w:b w:val="0"/>
          <w:i w:val="0"/>
          <w:sz w:val="22"/>
        </w:rPr>
        <w:t>B. So you never need a trusted adult</w:t>
      </w:r>
    </w:p>
    <w:p>
      <w:pPr>
        <w:spacing w:after="60"/>
      </w:pPr>
      <w:r>
        <w:rPr>
          <w:b w:val="0"/>
          <w:i w:val="0"/>
          <w:sz w:val="22"/>
        </w:rPr>
        <w:t>C. Practicing when calm makes the words much easier to say when you are scared</w:t>
      </w:r>
    </w:p>
    <w:p>
      <w:pPr>
        <w:spacing w:after="60"/>
      </w:pPr>
      <w:r>
        <w:rPr>
          <w:b w:val="0"/>
          <w:i w:val="0"/>
          <w:sz w:val="22"/>
        </w:rPr>
        <w:t>D. So the sentence will fix the problem by itself</w:t>
      </w:r>
    </w:p>
    <w:p>
      <w:pPr>
        <w:spacing w:after="60"/>
      </w:pPr>
      <w:r>
        <w:rPr>
          <w:b/>
          <w:i w:val="0"/>
          <w:sz w:val="22"/>
        </w:rPr>
        <w:t>9. Where does Month 1 say a safety plan can be kept so you can find it but it will not cause trouble at home?</w:t>
      </w:r>
    </w:p>
    <w:p>
      <w:pPr>
        <w:spacing w:after="60"/>
      </w:pPr>
      <w:r>
        <w:rPr>
          <w:b w:val="0"/>
          <w:i w:val="0"/>
          <w:sz w:val="22"/>
        </w:rPr>
        <w:t>A. On the family refrigerator for everyone to read</w:t>
      </w:r>
    </w:p>
    <w:p>
      <w:pPr>
        <w:spacing w:after="60"/>
      </w:pPr>
      <w:r>
        <w:rPr>
          <w:b w:val="0"/>
          <w:i w:val="0"/>
          <w:sz w:val="22"/>
        </w:rPr>
        <w:t>B. In a notes app, a school notebook, or on a card in your backpack</w:t>
      </w:r>
    </w:p>
    <w:p>
      <w:pPr>
        <w:spacing w:after="60"/>
      </w:pPr>
      <w:r>
        <w:rPr>
          <w:b w:val="0"/>
          <w:i w:val="0"/>
          <w:sz w:val="22"/>
        </w:rPr>
        <w:t>C. Only in your memory, never written down</w:t>
      </w:r>
    </w:p>
    <w:p>
      <w:pPr>
        <w:spacing w:after="60"/>
      </w:pPr>
      <w:r>
        <w:rPr>
          <w:b w:val="0"/>
          <w:i w:val="0"/>
          <w:sz w:val="22"/>
        </w:rPr>
        <w:t>D. In a post online</w:t>
      </w:r>
    </w:p>
    <w:p>
      <w:pPr>
        <w:spacing w:after="60"/>
      </w:pPr>
      <w:r>
        <w:rPr>
          <w:b/>
          <w:i w:val="0"/>
          <w:sz w:val="22"/>
        </w:rPr>
        <w:t>10. Sam calls the first person on his trusted-adult map and gets no answer. Why did Month 1 teach him to build a map with more than one name?</w:t>
      </w:r>
    </w:p>
    <w:p>
      <w:pPr>
        <w:spacing w:after="60"/>
      </w:pPr>
      <w:r>
        <w:rPr>
          <w:b w:val="0"/>
          <w:i w:val="0"/>
          <w:sz w:val="22"/>
        </w:rPr>
        <w:t>A. One person might not be reachable, so another trusted adult can be contacted</w:t>
      </w:r>
    </w:p>
    <w:p>
      <w:pPr>
        <w:spacing w:after="60"/>
      </w:pPr>
      <w:r>
        <w:rPr>
          <w:b w:val="0"/>
          <w:i w:val="0"/>
          <w:sz w:val="22"/>
        </w:rPr>
        <w:t>B. Three names make the map look more official</w:t>
      </w:r>
    </w:p>
    <w:p>
      <w:pPr>
        <w:spacing w:after="60"/>
      </w:pPr>
      <w:r>
        <w:rPr>
          <w:b w:val="0"/>
          <w:i w:val="0"/>
          <w:sz w:val="22"/>
        </w:rPr>
        <w:t>C. A second adult can keep the secret better</w:t>
      </w:r>
    </w:p>
    <w:p>
      <w:pPr>
        <w:spacing w:after="60"/>
      </w:pPr>
      <w:r>
        <w:rPr>
          <w:b w:val="0"/>
          <w:i w:val="0"/>
          <w:sz w:val="22"/>
        </w:rPr>
        <w:t>D. Only a group of adults is allowed to listen</w:t>
      </w:r>
    </w:p>
    <w:p>
      <w:pPr>
        <w:spacing w:after="60"/>
      </w:pPr>
      <w:r>
        <w:rPr>
          <w:b/>
          <w:i w:val="0"/>
          <w:sz w:val="22"/>
        </w:rPr>
        <w:t>11. Two adults both have caring-sounding titles. Which one does Month 1 say is acting like a trusted adult?</w:t>
      </w:r>
    </w:p>
    <w:p>
      <w:pPr>
        <w:spacing w:after="60"/>
      </w:pPr>
      <w:r>
        <w:rPr>
          <w:b w:val="0"/>
          <w:i w:val="0"/>
          <w:sz w:val="22"/>
        </w:rPr>
        <w:t>A. The one who lives closest</w:t>
      </w:r>
    </w:p>
    <w:p>
      <w:pPr>
        <w:spacing w:after="60"/>
      </w:pPr>
      <w:r>
        <w:rPr>
          <w:b w:val="0"/>
          <w:i w:val="0"/>
          <w:sz w:val="22"/>
        </w:rPr>
        <w:t>B. The one with the most important job title</w:t>
      </w:r>
    </w:p>
    <w:p>
      <w:pPr>
        <w:spacing w:after="60"/>
      </w:pPr>
      <w:r>
        <w:rPr>
          <w:b w:val="0"/>
          <w:i w:val="0"/>
          <w:sz w:val="22"/>
        </w:rPr>
        <w:t>C. The one who says to never tell anyone else</w:t>
      </w:r>
    </w:p>
    <w:p>
      <w:pPr>
        <w:spacing w:after="60"/>
      </w:pPr>
      <w:r>
        <w:rPr>
          <w:b w:val="0"/>
          <w:i w:val="0"/>
          <w:sz w:val="22"/>
        </w:rPr>
        <w:t>D. The one who takes the young person seriously and follows through to help</w:t>
      </w:r>
    </w:p>
    <w:p>
      <w:pPr>
        <w:spacing w:after="60"/>
      </w:pPr>
      <w:r>
        <w:rPr>
          <w:b/>
          <w:i w:val="0"/>
          <w:sz w:val="22"/>
        </w:rPr>
        <w:t>12. An older cousin tells 12-year-old Ana that touching is 'our secret' and she will be in trouble if she tells. What does Month 1 teach?</w:t>
      </w:r>
    </w:p>
    <w:p>
      <w:pPr>
        <w:spacing w:after="60"/>
      </w:pPr>
      <w:r>
        <w:rPr>
          <w:b w:val="0"/>
          <w:i w:val="0"/>
          <w:sz w:val="22"/>
        </w:rPr>
        <w:t>A. Ana must keep the secret because an older person said so</w:t>
      </w:r>
    </w:p>
    <w:p>
      <w:pPr>
        <w:spacing w:after="60"/>
      </w:pPr>
      <w:r>
        <w:rPr>
          <w:b w:val="0"/>
          <w:i w:val="0"/>
          <w:sz w:val="22"/>
        </w:rPr>
        <w:t>B. Ana should tell only if it happens many more times</w:t>
      </w:r>
    </w:p>
    <w:p>
      <w:pPr>
        <w:spacing w:after="60"/>
      </w:pPr>
      <w:r>
        <w:rPr>
          <w:b w:val="0"/>
          <w:i w:val="0"/>
          <w:sz w:val="22"/>
        </w:rPr>
        <w:t>C. Ana never has to keep that kind of secret, and the threat is part of the problem, not a rule she must follow</w:t>
      </w:r>
    </w:p>
    <w:p>
      <w:pPr>
        <w:spacing w:after="60"/>
      </w:pPr>
      <w:r>
        <w:rPr>
          <w:b w:val="0"/>
          <w:i w:val="0"/>
          <w:sz w:val="22"/>
        </w:rPr>
        <w:t>D. Ana is to blame for being told the secret</w:t>
      </w:r>
    </w:p>
    <w:p>
      <w:pPr>
        <w:spacing w:after="60"/>
      </w:pPr>
      <w:r>
        <w:rPr>
          <w:b/>
          <w:i w:val="0"/>
          <w:sz w:val="22"/>
        </w:rPr>
        <w:t>13. A young person often has no food in the house, is left without supervision, and is not taken for needed medical care. Month 1 calls this pattern what?</w:t>
      </w:r>
    </w:p>
    <w:p>
      <w:pPr>
        <w:spacing w:after="60"/>
      </w:pPr>
      <w:r>
        <w:rPr>
          <w:b w:val="0"/>
          <w:i w:val="0"/>
          <w:sz w:val="22"/>
        </w:rPr>
        <w:t>A. A normal family argument</w:t>
      </w:r>
    </w:p>
    <w:p>
      <w:pPr>
        <w:spacing w:after="60"/>
      </w:pPr>
      <w:r>
        <w:rPr>
          <w:b w:val="0"/>
          <w:i w:val="0"/>
          <w:sz w:val="22"/>
        </w:rPr>
        <w:t>B. Neglect — a child's basic needs are not being met</w:t>
      </w:r>
    </w:p>
    <w:p>
      <w:pPr>
        <w:spacing w:after="60"/>
      </w:pPr>
      <w:r>
        <w:rPr>
          <w:b w:val="0"/>
          <w:i w:val="0"/>
          <w:sz w:val="22"/>
        </w:rPr>
        <w:t>C. A code word problem</w:t>
      </w:r>
    </w:p>
    <w:p>
      <w:pPr>
        <w:spacing w:after="60"/>
      </w:pPr>
      <w:r>
        <w:rPr>
          <w:b w:val="0"/>
          <w:i w:val="0"/>
          <w:sz w:val="22"/>
        </w:rPr>
        <w:t>D. Confidential information</w:t>
      </w:r>
    </w:p>
    <w:p>
      <w:pPr>
        <w:spacing w:after="60"/>
      </w:pPr>
      <w:r>
        <w:rPr>
          <w:b/>
          <w:i w:val="0"/>
          <w:sz w:val="22"/>
        </w:rPr>
        <w:t>14. Which statement matches Month 1 about when to talk to a trusted adult about a red flag at home?</w:t>
      </w:r>
    </w:p>
    <w:p>
      <w:pPr>
        <w:spacing w:after="60"/>
      </w:pPr>
      <w:r>
        <w:rPr>
          <w:b w:val="0"/>
          <w:i w:val="0"/>
          <w:sz w:val="22"/>
        </w:rPr>
        <w:t>A. Any one red flag is enough — you do not have to wait until it gets worse</w:t>
      </w:r>
    </w:p>
    <w:p>
      <w:pPr>
        <w:spacing w:after="60"/>
      </w:pPr>
      <w:r>
        <w:rPr>
          <w:b w:val="0"/>
          <w:i w:val="0"/>
          <w:sz w:val="22"/>
        </w:rPr>
        <w:t>B. Wait until every red flag on the list has happened</w:t>
      </w:r>
    </w:p>
    <w:p>
      <w:pPr>
        <w:spacing w:after="60"/>
      </w:pPr>
      <w:r>
        <w:rPr>
          <w:b w:val="0"/>
          <w:i w:val="0"/>
          <w:sz w:val="22"/>
        </w:rPr>
        <w:t>C. Wait until you have photos or recordings as proof</w:t>
      </w:r>
    </w:p>
    <w:p>
      <w:pPr>
        <w:spacing w:after="60"/>
      </w:pPr>
      <w:r>
        <w:rPr>
          <w:b w:val="0"/>
          <w:i w:val="0"/>
          <w:sz w:val="22"/>
        </w:rPr>
        <w:t>D. Wait until an adult notices on their own</w:t>
      </w:r>
    </w:p>
    <w:p>
      <w:pPr>
        <w:spacing w:after="60"/>
      </w:pPr>
      <w:r>
        <w:rPr>
          <w:b/>
          <w:i w:val="0"/>
          <w:sz w:val="22"/>
        </w:rPr>
        <w:t>15. Everything Jay posts, sends, and shares online — which can be copied even after he deletes it — is called his what?</w:t>
      </w:r>
    </w:p>
    <w:p>
      <w:pPr>
        <w:spacing w:after="60"/>
      </w:pPr>
      <w:r>
        <w:rPr>
          <w:b w:val="0"/>
          <w:i w:val="0"/>
          <w:sz w:val="22"/>
        </w:rPr>
        <w:t>A. Private account</w:t>
      </w:r>
    </w:p>
    <w:p>
      <w:pPr>
        <w:spacing w:after="60"/>
      </w:pPr>
      <w:r>
        <w:rPr>
          <w:b w:val="0"/>
          <w:i w:val="0"/>
          <w:sz w:val="22"/>
        </w:rPr>
        <w:t>B. Block list</w:t>
      </w:r>
    </w:p>
    <w:p>
      <w:pPr>
        <w:spacing w:after="60"/>
      </w:pPr>
      <w:r>
        <w:rPr>
          <w:b w:val="0"/>
          <w:i w:val="0"/>
          <w:sz w:val="22"/>
        </w:rPr>
        <w:t>C. Digital footprint</w:t>
      </w:r>
    </w:p>
    <w:p>
      <w:pPr>
        <w:spacing w:after="60"/>
      </w:pPr>
      <w:r>
        <w:rPr>
          <w:b w:val="0"/>
          <w:i w:val="0"/>
          <w:sz w:val="22"/>
        </w:rPr>
        <w:t>D. Screenshot rule</w:t>
      </w:r>
    </w:p>
    <w:p>
      <w:pPr>
        <w:spacing w:after="60"/>
      </w:pPr>
      <w:r>
        <w:rPr>
          <w:b/>
          <w:i w:val="0"/>
          <w:sz w:val="22"/>
        </w:rPr>
        <w:t>16. What is the screenshot rule from Month 2?</w:t>
      </w:r>
    </w:p>
    <w:p>
      <w:pPr>
        <w:spacing w:after="60"/>
      </w:pPr>
      <w:r>
        <w:rPr>
          <w:b w:val="0"/>
          <w:i w:val="0"/>
          <w:sz w:val="22"/>
        </w:rPr>
        <w:t>A. If you would not want it on a screen in the school cafeteria, do not send it</w:t>
      </w:r>
    </w:p>
    <w:p>
      <w:pPr>
        <w:spacing w:after="60"/>
      </w:pPr>
      <w:r>
        <w:rPr>
          <w:b w:val="0"/>
          <w:i w:val="0"/>
          <w:sz w:val="22"/>
        </w:rPr>
        <w:t>B. Screenshot every message a stranger sends and post it</w:t>
      </w:r>
    </w:p>
    <w:p>
      <w:pPr>
        <w:spacing w:after="60"/>
      </w:pPr>
      <w:r>
        <w:rPr>
          <w:b w:val="0"/>
          <w:i w:val="0"/>
          <w:sz w:val="22"/>
        </w:rPr>
        <w:t>C. Only send photos late at night</w:t>
      </w:r>
    </w:p>
    <w:p>
      <w:pPr>
        <w:spacing w:after="60"/>
      </w:pPr>
      <w:r>
        <w:rPr>
          <w:b w:val="0"/>
          <w:i w:val="0"/>
          <w:sz w:val="22"/>
        </w:rPr>
        <w:t>D. A disappearing photo is always safe to send</w:t>
      </w:r>
    </w:p>
    <w:p>
      <w:pPr>
        <w:spacing w:after="60"/>
      </w:pPr>
      <w:r>
        <w:rPr>
          <w:b/>
          <w:i w:val="0"/>
          <w:sz w:val="22"/>
        </w:rPr>
        <w:t>17. A new online contact likes everything Nia likes, gives her game gifts, and calls her mature and unlike other kids. Which part of the grooming pattern is this?</w:t>
      </w:r>
    </w:p>
    <w:p>
      <w:pPr>
        <w:spacing w:after="60"/>
      </w:pPr>
      <w:r>
        <w:rPr>
          <w:b w:val="0"/>
          <w:i w:val="0"/>
          <w:sz w:val="22"/>
        </w:rPr>
        <w:t>A. The turn to meeting in person</w:t>
      </w:r>
    </w:p>
    <w:p>
      <w:pPr>
        <w:spacing w:after="60"/>
      </w:pPr>
      <w:r>
        <w:rPr>
          <w:b w:val="0"/>
          <w:i w:val="0"/>
          <w:sz w:val="22"/>
        </w:rPr>
        <w:t>B. The fast friendship — lots of attention, compliments, and gifts</w:t>
      </w:r>
    </w:p>
    <w:p>
      <w:pPr>
        <w:spacing w:after="60"/>
      </w:pPr>
      <w:r>
        <w:rPr>
          <w:b w:val="0"/>
          <w:i w:val="0"/>
          <w:sz w:val="22"/>
        </w:rPr>
        <w:t>C. Everyday online safety</w:t>
      </w:r>
    </w:p>
    <w:p>
      <w:pPr>
        <w:spacing w:after="60"/>
      </w:pPr>
      <w:r>
        <w:rPr>
          <w:b w:val="0"/>
          <w:i w:val="0"/>
          <w:sz w:val="22"/>
        </w:rPr>
        <w:t>D. A sign the person is safe to trust</w:t>
      </w:r>
    </w:p>
    <w:p>
      <w:pPr>
        <w:spacing w:after="60"/>
      </w:pPr>
      <w:r>
        <w:rPr>
          <w:b/>
          <w:i w:val="0"/>
          <w:sz w:val="22"/>
        </w:rPr>
        <w:t>18. Priya's account is set so only people she approves can see her posts and contact her. That setting is called what?</w:t>
      </w:r>
    </w:p>
    <w:p>
      <w:pPr>
        <w:spacing w:after="60"/>
      </w:pPr>
      <w:r>
        <w:rPr>
          <w:b w:val="0"/>
          <w:i w:val="0"/>
          <w:sz w:val="22"/>
        </w:rPr>
        <w:t>A. Sextortion</w:t>
      </w:r>
    </w:p>
    <w:p>
      <w:pPr>
        <w:spacing w:after="60"/>
      </w:pPr>
      <w:r>
        <w:rPr>
          <w:b w:val="0"/>
          <w:i w:val="0"/>
          <w:sz w:val="22"/>
        </w:rPr>
        <w:t>B. A digital footprint</w:t>
      </w:r>
    </w:p>
    <w:p>
      <w:pPr>
        <w:spacing w:after="60"/>
      </w:pPr>
      <w:r>
        <w:rPr>
          <w:b w:val="0"/>
          <w:i w:val="0"/>
          <w:sz w:val="22"/>
        </w:rPr>
        <w:t>C. The CyberTipline</w:t>
      </w:r>
    </w:p>
    <w:p>
      <w:pPr>
        <w:spacing w:after="60"/>
      </w:pPr>
      <w:r>
        <w:rPr>
          <w:b w:val="0"/>
          <w:i w:val="0"/>
          <w:sz w:val="22"/>
        </w:rPr>
        <w:t>D. A private account</w:t>
      </w:r>
    </w:p>
    <w:p>
      <w:pPr>
        <w:spacing w:after="60"/>
      </w:pPr>
      <w:r>
        <w:rPr>
          <w:b/>
          <w:i w:val="0"/>
          <w:sz w:val="22"/>
        </w:rPr>
        <w:t>19. A message that looks like it is from a game company asks Leo for his password. What does Month 2 teach?</w:t>
      </w:r>
    </w:p>
    <w:p>
      <w:pPr>
        <w:spacing w:after="60"/>
      </w:pPr>
      <w:r>
        <w:rPr>
          <w:b w:val="0"/>
          <w:i w:val="0"/>
          <w:sz w:val="22"/>
        </w:rPr>
        <w:t>A. Send it if the logo looks real</w:t>
      </w:r>
    </w:p>
    <w:p>
      <w:pPr>
        <w:spacing w:after="60"/>
      </w:pPr>
      <w:r>
        <w:rPr>
          <w:b w:val="0"/>
          <w:i w:val="0"/>
          <w:sz w:val="22"/>
        </w:rPr>
        <w:t>B. Nobody legitimate — not a game company and not a friend — will ask for your password</w:t>
      </w:r>
    </w:p>
    <w:p>
      <w:pPr>
        <w:spacing w:after="60"/>
      </w:pPr>
      <w:r>
        <w:rPr>
          <w:b w:val="0"/>
          <w:i w:val="0"/>
          <w:sz w:val="22"/>
        </w:rPr>
        <w:t>C. Send only half the password</w:t>
      </w:r>
    </w:p>
    <w:p>
      <w:pPr>
        <w:spacing w:after="60"/>
      </w:pPr>
      <w:r>
        <w:rPr>
          <w:b w:val="0"/>
          <w:i w:val="0"/>
          <w:sz w:val="22"/>
        </w:rPr>
        <w:t>D. Ask the sender to promise to keep it secret</w:t>
      </w:r>
    </w:p>
    <w:p>
      <w:pPr>
        <w:spacing w:after="60"/>
      </w:pPr>
      <w:r>
        <w:rPr>
          <w:b/>
          <w:i w:val="0"/>
          <w:sz w:val="22"/>
        </w:rPr>
        <w:t>20. Which habit does Month 2 teach about location?</w:t>
      </w:r>
    </w:p>
    <w:p>
      <w:pPr>
        <w:spacing w:after="60"/>
      </w:pPr>
      <w:r>
        <w:rPr>
          <w:b w:val="0"/>
          <w:i w:val="0"/>
          <w:sz w:val="22"/>
        </w:rPr>
        <w:t>A. Turn off location sharing in apps and in photos, and do not post where you will be</w:t>
      </w:r>
    </w:p>
    <w:p>
      <w:pPr>
        <w:spacing w:after="60"/>
      </w:pPr>
      <w:r>
        <w:rPr>
          <w:b w:val="0"/>
          <w:i w:val="0"/>
          <w:sz w:val="22"/>
        </w:rPr>
        <w:t>B. Share your location so online friends can find you</w:t>
      </w:r>
    </w:p>
    <w:p>
      <w:pPr>
        <w:spacing w:after="60"/>
      </w:pPr>
      <w:r>
        <w:rPr>
          <w:b w:val="0"/>
          <w:i w:val="0"/>
          <w:sz w:val="22"/>
        </w:rPr>
        <w:t>C. Post your daily routine so people know it</w:t>
      </w:r>
    </w:p>
    <w:p>
      <w:pPr>
        <w:spacing w:after="60"/>
      </w:pPr>
      <w:r>
        <w:rPr>
          <w:b w:val="0"/>
          <w:i w:val="0"/>
          <w:sz w:val="22"/>
        </w:rPr>
        <w:t>D. Leave location on only for strangers, not friends</w:t>
      </w:r>
    </w:p>
    <w:p>
      <w:r>
        <w:br w:type="page"/>
      </w:r>
    </w:p>
    <w:p>
      <w:pPr>
        <w:pStyle w:val="Heading1"/>
      </w:pPr>
      <w:r>
        <w:t>Session 1 — Written Answers</w:t>
      </w:r>
    </w:p>
    <w:p>
      <w:pPr>
        <w:pStyle w:val="Heading2"/>
      </w:pPr>
      <w:r>
        <w:t>Written Answer W1 — 4 points</w:t>
      </w:r>
    </w:p>
    <w:p>
      <w:pPr>
        <w:spacing w:after="140"/>
      </w:pPr>
      <w:r>
        <w:rPr>
          <w:b w:val="0"/>
          <w:i w:val="0"/>
          <w:sz w:val="22"/>
        </w:rPr>
        <w:t>A classmate, Jamal, tells you he was locked out of his home overnight, there is often no food in the house, and he is scared to go home. He asks you not to tell anyone.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In a game, a player who has given you gifts for a week asks you to move to a private chat app 'just between us' and asks what school you go to.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You are in a group chat where students keep posting edited photos of a classmate with cruel captions. You have not posted anything.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Youth</w:t>
      </w:r>
    </w:p>
    <w:p>
      <w:pPr>
        <w:spacing w:after="140"/>
      </w:pPr>
      <w:r>
        <w:rPr>
          <w:b w:val="0"/>
          <w:i w:val="0"/>
          <w:sz w:val="22"/>
        </w:rPr>
        <w:t>Multiple choice — questions 21–40. Then written answers W4–W7.</w:t>
      </w:r>
    </w:p>
    <w:p>
      <w:pPr>
        <w:spacing w:after="60"/>
      </w:pPr>
      <w:r>
        <w:rPr>
          <w:b/>
          <w:i w:val="0"/>
          <w:sz w:val="22"/>
        </w:rPr>
        <w:t>21. A familiar friend's account suddenly asks Sam for money, gift cards, and account codes. What does Month 2 say to do?</w:t>
      </w:r>
    </w:p>
    <w:p>
      <w:pPr>
        <w:spacing w:after="60"/>
      </w:pPr>
      <w:r>
        <w:rPr>
          <w:b w:val="0"/>
          <w:i w:val="0"/>
          <w:sz w:val="22"/>
        </w:rPr>
        <w:t>A. Send a small gift card to test if it is real</w:t>
      </w:r>
    </w:p>
    <w:p>
      <w:pPr>
        <w:spacing w:after="60"/>
      </w:pPr>
      <w:r>
        <w:rPr>
          <w:b w:val="0"/>
          <w:i w:val="0"/>
          <w:sz w:val="22"/>
        </w:rPr>
        <w:t>B. Send the codes if the profile photo matches</w:t>
      </w:r>
    </w:p>
    <w:p>
      <w:pPr>
        <w:spacing w:after="60"/>
      </w:pPr>
      <w:r>
        <w:rPr>
          <w:b w:val="0"/>
          <w:i w:val="0"/>
          <w:sz w:val="22"/>
        </w:rPr>
        <w:t>C. Stop and check with an adult, even if the account looks familiar, because accounts get hacked and copied</w:t>
      </w:r>
    </w:p>
    <w:p>
      <w:pPr>
        <w:spacing w:after="60"/>
      </w:pPr>
      <w:r>
        <w:rPr>
          <w:b w:val="0"/>
          <w:i w:val="0"/>
          <w:sz w:val="22"/>
        </w:rPr>
        <w:t>D. Keep chatting until the person proves who they are</w:t>
      </w:r>
    </w:p>
    <w:p>
      <w:pPr>
        <w:spacing w:after="60"/>
      </w:pPr>
      <w:r>
        <w:rPr>
          <w:b/>
          <w:i w:val="0"/>
          <w:sz w:val="22"/>
        </w:rPr>
        <w:t>22. What does the free service Take It Down help do?</w:t>
      </w:r>
    </w:p>
    <w:p>
      <w:pPr>
        <w:spacing w:after="60"/>
      </w:pPr>
      <w:r>
        <w:rPr>
          <w:b w:val="0"/>
          <w:i w:val="0"/>
          <w:sz w:val="22"/>
        </w:rPr>
        <w:t>A. Remove a young person's trusted-adult map</w:t>
      </w:r>
    </w:p>
    <w:p>
      <w:pPr>
        <w:spacing w:after="60"/>
      </w:pPr>
      <w:r>
        <w:rPr>
          <w:b w:val="0"/>
          <w:i w:val="0"/>
          <w:sz w:val="22"/>
        </w:rPr>
        <w:t>B. Help get images of minors removed from the internet</w:t>
      </w:r>
    </w:p>
    <w:p>
      <w:pPr>
        <w:spacing w:after="60"/>
      </w:pPr>
      <w:r>
        <w:rPr>
          <w:b w:val="0"/>
          <w:i w:val="0"/>
          <w:sz w:val="22"/>
        </w:rPr>
        <w:t>C. Delete a whole game account</w:t>
      </w:r>
    </w:p>
    <w:p>
      <w:pPr>
        <w:spacing w:after="60"/>
      </w:pPr>
      <w:r>
        <w:rPr>
          <w:b w:val="0"/>
          <w:i w:val="0"/>
          <w:sz w:val="22"/>
        </w:rPr>
        <w:t>D. Prove who sent a photo</w:t>
      </w:r>
    </w:p>
    <w:p>
      <w:pPr>
        <w:spacing w:after="60"/>
      </w:pPr>
      <w:r>
        <w:rPr>
          <w:b/>
          <w:i w:val="0"/>
          <w:sz w:val="22"/>
        </w:rPr>
        <w:t>23. Online exploitation, grooming, or threats to share images can be reported to which national system in Month 2?</w:t>
      </w:r>
    </w:p>
    <w:p>
      <w:pPr>
        <w:spacing w:after="60"/>
      </w:pPr>
      <w:r>
        <w:rPr>
          <w:b w:val="0"/>
          <w:i w:val="0"/>
          <w:sz w:val="22"/>
        </w:rPr>
        <w:t>A. The CyberTipline, run by the National Center for Missing &amp; Exploited Children</w:t>
      </w:r>
    </w:p>
    <w:p>
      <w:pPr>
        <w:spacing w:after="60"/>
      </w:pPr>
      <w:r>
        <w:rPr>
          <w:b w:val="0"/>
          <w:i w:val="0"/>
          <w:sz w:val="22"/>
        </w:rPr>
        <w:t>B. Only a school group chat</w:t>
      </w:r>
    </w:p>
    <w:p>
      <w:pPr>
        <w:spacing w:after="60"/>
      </w:pPr>
      <w:r>
        <w:rPr>
          <w:b w:val="0"/>
          <w:i w:val="0"/>
          <w:sz w:val="22"/>
        </w:rPr>
        <w:t>C. A game's public comments</w:t>
      </w:r>
    </w:p>
    <w:p>
      <w:pPr>
        <w:spacing w:after="60"/>
      </w:pPr>
      <w:r>
        <w:rPr>
          <w:b w:val="0"/>
          <w:i w:val="0"/>
          <w:sz w:val="22"/>
        </w:rPr>
        <w:t>D. The person who made the threat</w:t>
      </w:r>
    </w:p>
    <w:p>
      <w:pPr>
        <w:spacing w:after="60"/>
      </w:pPr>
      <w:r>
        <w:rPr>
          <w:b/>
          <w:i w:val="0"/>
          <w:sz w:val="22"/>
        </w:rPr>
        <w:t>24. Why does Month 2 warn against deleting everything in a panic before saving evidence?</w:t>
      </w:r>
    </w:p>
    <w:p>
      <w:pPr>
        <w:spacing w:after="60"/>
      </w:pPr>
      <w:r>
        <w:rPr>
          <w:b w:val="0"/>
          <w:i w:val="0"/>
          <w:sz w:val="22"/>
        </w:rPr>
        <w:t>A. Deleting first makes blocking work better</w:t>
      </w:r>
    </w:p>
    <w:p>
      <w:pPr>
        <w:spacing w:after="60"/>
      </w:pPr>
      <w:r>
        <w:rPr>
          <w:b w:val="0"/>
          <w:i w:val="0"/>
          <w:sz w:val="22"/>
        </w:rPr>
        <w:t>B. Evidence is never useful to adults</w:t>
      </w:r>
    </w:p>
    <w:p>
      <w:pPr>
        <w:spacing w:after="60"/>
      </w:pPr>
      <w:r>
        <w:rPr>
          <w:b w:val="0"/>
          <w:i w:val="0"/>
          <w:sz w:val="22"/>
        </w:rPr>
        <w:t>C. The app will restore everything automatically</w:t>
      </w:r>
    </w:p>
    <w:p>
      <w:pPr>
        <w:spacing w:after="60"/>
      </w:pPr>
      <w:r>
        <w:rPr>
          <w:b w:val="0"/>
          <w:i w:val="0"/>
          <w:sz w:val="22"/>
        </w:rPr>
        <w:t>D. Helpers need the account names and the threats to act</w:t>
      </w:r>
    </w:p>
    <w:p>
      <w:pPr>
        <w:spacing w:after="60"/>
      </w:pPr>
      <w:r>
        <w:rPr>
          <w:b/>
          <w:i w:val="0"/>
          <w:sz w:val="22"/>
        </w:rPr>
        <w:t>25. After Maya tells a trusted adult about online threats, that adult reacts badly and does nothing. What does Month 2 teach her to do?</w:t>
      </w:r>
    </w:p>
    <w:p>
      <w:pPr>
        <w:spacing w:after="60"/>
      </w:pPr>
      <w:r>
        <w:rPr>
          <w:b w:val="0"/>
          <w:i w:val="0"/>
          <w:sz w:val="22"/>
        </w:rPr>
        <w:t>A. Stay silent because she already told once</w:t>
      </w:r>
    </w:p>
    <w:p>
      <w:pPr>
        <w:spacing w:after="60"/>
      </w:pPr>
      <w:r>
        <w:rPr>
          <w:b w:val="0"/>
          <w:i w:val="0"/>
          <w:sz w:val="22"/>
        </w:rPr>
        <w:t>B. Send the person threatening her one more photo</w:t>
      </w:r>
    </w:p>
    <w:p>
      <w:pPr>
        <w:spacing w:after="60"/>
      </w:pPr>
      <w:r>
        <w:rPr>
          <w:b w:val="0"/>
          <w:i w:val="0"/>
          <w:sz w:val="22"/>
        </w:rPr>
        <w:t>C. Go to the next person on her trusted-adult map, or call or text a help line herself, until someone acts</w:t>
      </w:r>
    </w:p>
    <w:p>
      <w:pPr>
        <w:spacing w:after="60"/>
      </w:pPr>
      <w:r>
        <w:rPr>
          <w:b w:val="0"/>
          <w:i w:val="0"/>
          <w:sz w:val="22"/>
        </w:rPr>
        <w:t>D. Handle all the threats alone</w:t>
      </w:r>
    </w:p>
    <w:p>
      <w:pPr>
        <w:spacing w:after="60"/>
      </w:pPr>
      <w:r>
        <w:rPr>
          <w:b/>
          <w:i w:val="0"/>
          <w:sz w:val="22"/>
        </w:rPr>
        <w:t>26. Why does Month 2 say the photo rule also applies to dating partners and friends your own age?</w:t>
      </w:r>
    </w:p>
    <w:p>
      <w:pPr>
        <w:spacing w:after="60"/>
      </w:pPr>
      <w:r>
        <w:rPr>
          <w:b w:val="0"/>
          <w:i w:val="0"/>
          <w:sz w:val="22"/>
        </w:rPr>
        <w:t>A. Because friends can never be blocked</w:t>
      </w:r>
    </w:p>
    <w:p>
      <w:pPr>
        <w:spacing w:after="60"/>
      </w:pPr>
      <w:r>
        <w:rPr>
          <w:b w:val="0"/>
          <w:i w:val="0"/>
          <w:sz w:val="22"/>
        </w:rPr>
        <w:t>B. A photo shared in trust can be forwarded after an argument, saved without you knowing, or used to pressure you later</w:t>
      </w:r>
    </w:p>
    <w:p>
      <w:pPr>
        <w:spacing w:after="60"/>
      </w:pPr>
      <w:r>
        <w:rPr>
          <w:b w:val="0"/>
          <w:i w:val="0"/>
          <w:sz w:val="22"/>
        </w:rPr>
        <w:t>C. Because only strangers use phones</w:t>
      </w:r>
    </w:p>
    <w:p>
      <w:pPr>
        <w:spacing w:after="60"/>
      </w:pPr>
      <w:r>
        <w:rPr>
          <w:b w:val="0"/>
          <w:i w:val="0"/>
          <w:sz w:val="22"/>
        </w:rPr>
        <w:t>D. Because dating partners work for an app company</w:t>
      </w:r>
    </w:p>
    <w:p>
      <w:pPr>
        <w:spacing w:after="60"/>
      </w:pPr>
      <w:r>
        <w:rPr>
          <w:b/>
          <w:i w:val="0"/>
          <w:sz w:val="22"/>
        </w:rPr>
        <w:t>27. A stranger sends Kai a link and a file to download. Why does Month 2 say to slow down before clicking?</w:t>
      </w:r>
    </w:p>
    <w:p>
      <w:pPr>
        <w:spacing w:after="60"/>
      </w:pPr>
      <w:r>
        <w:rPr>
          <w:b w:val="0"/>
          <w:i w:val="0"/>
          <w:sz w:val="22"/>
        </w:rPr>
        <w:t>A. Links and files can be used to steal accounts or track a device</w:t>
      </w:r>
    </w:p>
    <w:p>
      <w:pPr>
        <w:spacing w:after="60"/>
      </w:pPr>
      <w:r>
        <w:rPr>
          <w:b w:val="0"/>
          <w:i w:val="0"/>
          <w:sz w:val="22"/>
        </w:rPr>
        <w:t>B. Links from strangers always win game prizes</w:t>
      </w:r>
    </w:p>
    <w:p>
      <w:pPr>
        <w:spacing w:after="60"/>
      </w:pPr>
      <w:r>
        <w:rPr>
          <w:b w:val="0"/>
          <w:i w:val="0"/>
          <w:sz w:val="22"/>
        </w:rPr>
        <w:t>C. Clicking fast keeps a device safer</w:t>
      </w:r>
    </w:p>
    <w:p>
      <w:pPr>
        <w:spacing w:after="60"/>
      </w:pPr>
      <w:r>
        <w:rPr>
          <w:b w:val="0"/>
          <w:i w:val="0"/>
          <w:sz w:val="22"/>
        </w:rPr>
        <w:t>D. Downloading proves you trust the sender</w:t>
      </w:r>
    </w:p>
    <w:p>
      <w:pPr>
        <w:spacing w:after="60"/>
      </w:pPr>
      <w:r>
        <w:rPr>
          <w:b/>
          <w:i w:val="0"/>
          <w:sz w:val="22"/>
        </w:rPr>
        <w:t>28. A group starts a campaign to leave one student out, spreads rumors about her, and turns others against her on purpose. Which kind of bullying is this?</w:t>
      </w:r>
    </w:p>
    <w:p>
      <w:pPr>
        <w:spacing w:after="60"/>
      </w:pPr>
      <w:r>
        <w:rPr>
          <w:b w:val="0"/>
          <w:i w:val="0"/>
          <w:sz w:val="22"/>
        </w:rPr>
        <w:t>A. Physical bullying</w:t>
      </w:r>
    </w:p>
    <w:p>
      <w:pPr>
        <w:spacing w:after="60"/>
      </w:pPr>
      <w:r>
        <w:rPr>
          <w:b w:val="0"/>
          <w:i w:val="0"/>
          <w:sz w:val="22"/>
        </w:rPr>
        <w:t>B. Social bullying</w:t>
      </w:r>
    </w:p>
    <w:p>
      <w:pPr>
        <w:spacing w:after="60"/>
      </w:pPr>
      <w:r>
        <w:rPr>
          <w:b w:val="0"/>
          <w:i w:val="0"/>
          <w:sz w:val="22"/>
        </w:rPr>
        <w:t>C. A one-time argument between equals</w:t>
      </w:r>
    </w:p>
    <w:p>
      <w:pPr>
        <w:spacing w:after="60"/>
      </w:pPr>
      <w:r>
        <w:rPr>
          <w:b w:val="0"/>
          <w:i w:val="0"/>
          <w:sz w:val="22"/>
        </w:rPr>
        <w:t>D. Cyberbullying with edited photos</w:t>
      </w:r>
    </w:p>
    <w:p>
      <w:pPr>
        <w:spacing w:after="60"/>
      </w:pPr>
      <w:r>
        <w:rPr>
          <w:b/>
          <w:i w:val="0"/>
          <w:sz w:val="22"/>
        </w:rPr>
        <w:t>29. What are the two extra stings Month 3 says cyberbullying has?</w:t>
      </w:r>
    </w:p>
    <w:p>
      <w:pPr>
        <w:spacing w:after="60"/>
      </w:pPr>
      <w:r>
        <w:rPr>
          <w:b w:val="0"/>
          <w:i w:val="0"/>
          <w:sz w:val="22"/>
        </w:rPr>
        <w:t>A. It can follow you home with no break, and it can be copied and shared to a huge audience in seconds</w:t>
      </w:r>
    </w:p>
    <w:p>
      <w:pPr>
        <w:spacing w:after="60"/>
      </w:pPr>
      <w:r>
        <w:rPr>
          <w:b w:val="0"/>
          <w:i w:val="0"/>
          <w:sz w:val="22"/>
        </w:rPr>
        <w:t>B. It only happens once and then disappears</w:t>
      </w:r>
    </w:p>
    <w:p>
      <w:pPr>
        <w:spacing w:after="60"/>
      </w:pPr>
      <w:r>
        <w:rPr>
          <w:b w:val="0"/>
          <w:i w:val="0"/>
          <w:sz w:val="22"/>
        </w:rPr>
        <w:t>C. It cannot be saved as evidence</w:t>
      </w:r>
    </w:p>
    <w:p>
      <w:pPr>
        <w:spacing w:after="60"/>
      </w:pPr>
      <w:r>
        <w:rPr>
          <w:b w:val="0"/>
          <w:i w:val="0"/>
          <w:sz w:val="22"/>
        </w:rPr>
        <w:t>D. It is always less harmful than other bullying</w:t>
      </w:r>
    </w:p>
    <w:p>
      <w:pPr>
        <w:spacing w:after="60"/>
      </w:pPr>
      <w:r>
        <w:rPr>
          <w:b/>
          <w:i w:val="0"/>
          <w:sz w:val="22"/>
        </w:rPr>
        <w:t>30. When Luis practices saving evidence, what should a useful screenshot show?</w:t>
      </w:r>
    </w:p>
    <w:p>
      <w:pPr>
        <w:spacing w:after="60"/>
      </w:pPr>
      <w:r>
        <w:rPr>
          <w:b w:val="0"/>
          <w:i w:val="0"/>
          <w:sz w:val="22"/>
        </w:rPr>
        <w:t>A. Only the cruel words with no name attached</w:t>
      </w:r>
    </w:p>
    <w:p>
      <w:pPr>
        <w:spacing w:after="60"/>
      </w:pPr>
      <w:r>
        <w:rPr>
          <w:b w:val="0"/>
          <w:i w:val="0"/>
          <w:sz w:val="22"/>
        </w:rPr>
        <w:t>B. Only a close-up of his own face</w:t>
      </w:r>
    </w:p>
    <w:p>
      <w:pPr>
        <w:spacing w:after="60"/>
      </w:pPr>
      <w:r>
        <w:rPr>
          <w:b w:val="0"/>
          <w:i w:val="0"/>
          <w:sz w:val="22"/>
        </w:rPr>
        <w:t>C. The post after the date has been cropped off</w:t>
      </w:r>
    </w:p>
    <w:p>
      <w:pPr>
        <w:spacing w:after="60"/>
      </w:pPr>
      <w:r>
        <w:rPr>
          <w:b w:val="0"/>
          <w:i w:val="0"/>
          <w:sz w:val="22"/>
        </w:rPr>
        <w:t>D. The name, the post, and the date</w:t>
      </w:r>
    </w:p>
    <w:p>
      <w:pPr>
        <w:spacing w:after="60"/>
      </w:pPr>
      <w:r>
        <w:rPr>
          <w:b/>
          <w:i w:val="0"/>
          <w:sz w:val="22"/>
        </w:rPr>
        <w:t>31. Why does Month 3 say not to forward a cruel post to show people how bad it is?</w:t>
      </w:r>
    </w:p>
    <w:p>
      <w:pPr>
        <w:spacing w:after="60"/>
      </w:pPr>
      <w:r>
        <w:rPr>
          <w:b w:val="0"/>
          <w:i w:val="0"/>
          <w:sz w:val="22"/>
        </w:rPr>
        <w:t>A. Forwarding deletes the original post</w:t>
      </w:r>
    </w:p>
    <w:p>
      <w:pPr>
        <w:spacing w:after="60"/>
      </w:pPr>
      <w:r>
        <w:rPr>
          <w:b w:val="0"/>
          <w:i w:val="0"/>
          <w:sz w:val="22"/>
        </w:rPr>
        <w:t>B. Adults cannot use forwarded posts</w:t>
      </w:r>
    </w:p>
    <w:p>
      <w:pPr>
        <w:spacing w:after="60"/>
      </w:pPr>
      <w:r>
        <w:rPr>
          <w:b w:val="0"/>
          <w:i w:val="0"/>
          <w:sz w:val="22"/>
        </w:rPr>
        <w:t>C. Every forward widens the audience and the harm</w:t>
      </w:r>
    </w:p>
    <w:p>
      <w:pPr>
        <w:spacing w:after="60"/>
      </w:pPr>
      <w:r>
        <w:rPr>
          <w:b w:val="0"/>
          <w:i w:val="0"/>
          <w:sz w:val="22"/>
        </w:rPr>
        <w:t>D. Forwarding makes the target feel included</w:t>
      </w:r>
    </w:p>
    <w:p>
      <w:pPr>
        <w:spacing w:after="60"/>
      </w:pPr>
      <w:r>
        <w:rPr>
          <w:b/>
          <w:i w:val="0"/>
          <w:sz w:val="22"/>
        </w:rPr>
        <w:t>32. Which is a real apology after joining in a cruel joke, as Month 3 teaches it?</w:t>
      </w:r>
    </w:p>
    <w:p>
      <w:pPr>
        <w:spacing w:after="60"/>
      </w:pPr>
      <w:r>
        <w:rPr>
          <w:b w:val="0"/>
          <w:i w:val="0"/>
          <w:sz w:val="22"/>
        </w:rPr>
        <w:t>A. One that names what you did, says you were wrong, and makes no excuses or blame for the target being upset</w:t>
      </w:r>
    </w:p>
    <w:p>
      <w:pPr>
        <w:spacing w:after="60"/>
      </w:pPr>
      <w:r>
        <w:rPr>
          <w:b w:val="0"/>
          <w:i w:val="0"/>
          <w:sz w:val="22"/>
        </w:rPr>
        <w:t>B. 'Sorry for everything,' said as quickly as possible</w:t>
      </w:r>
    </w:p>
    <w:p>
      <w:pPr>
        <w:spacing w:after="60"/>
      </w:pPr>
      <w:r>
        <w:rPr>
          <w:b w:val="0"/>
          <w:i w:val="0"/>
          <w:sz w:val="22"/>
        </w:rPr>
        <w:t>C. An apology that blames the person who started it</w:t>
      </w:r>
    </w:p>
    <w:p>
      <w:pPr>
        <w:spacing w:after="60"/>
      </w:pPr>
      <w:r>
        <w:rPr>
          <w:b w:val="0"/>
          <w:i w:val="0"/>
          <w:sz w:val="22"/>
        </w:rPr>
        <w:t>D. Waiting until everyone forgets, then saying nothing</w:t>
      </w:r>
    </w:p>
    <w:p>
      <w:pPr>
        <w:spacing w:after="60"/>
      </w:pPr>
      <w:r>
        <w:rPr>
          <w:b/>
          <w:i w:val="0"/>
          <w:sz w:val="22"/>
        </w:rPr>
        <w:t>33. What does Month 3 mean by 'starve the bullying of reaction and feed it to adults with evidence'?</w:t>
      </w:r>
    </w:p>
    <w:p>
      <w:pPr>
        <w:spacing w:after="60"/>
      </w:pPr>
      <w:r>
        <w:rPr>
          <w:b w:val="0"/>
          <w:i w:val="0"/>
          <w:sz w:val="22"/>
        </w:rPr>
        <w:t>A. Ignore a repeated pattern and tell no one</w:t>
      </w:r>
    </w:p>
    <w:p>
      <w:pPr>
        <w:spacing w:after="60"/>
      </w:pPr>
      <w:r>
        <w:rPr>
          <w:b w:val="0"/>
          <w:i w:val="0"/>
          <w:sz w:val="22"/>
        </w:rPr>
        <w:t>B. Do not reply angrily in the chat; instead save evidence, block, and bring it to adults</w:t>
      </w:r>
    </w:p>
    <w:p>
      <w:pPr>
        <w:spacing w:after="60"/>
      </w:pPr>
      <w:r>
        <w:rPr>
          <w:b w:val="0"/>
          <w:i w:val="0"/>
          <w:sz w:val="22"/>
        </w:rPr>
        <w:t>C. Reply once for every message you receive</w:t>
      </w:r>
    </w:p>
    <w:p>
      <w:pPr>
        <w:spacing w:after="60"/>
      </w:pPr>
      <w:r>
        <w:rPr>
          <w:b w:val="0"/>
          <w:i w:val="0"/>
          <w:sz w:val="22"/>
        </w:rPr>
        <w:t>D. Post a public call-out naming everyone involved</w:t>
      </w:r>
    </w:p>
    <w:p>
      <w:pPr>
        <w:spacing w:after="60"/>
      </w:pPr>
      <w:r>
        <w:rPr>
          <w:b/>
          <w:i w:val="0"/>
          <w:sz w:val="22"/>
        </w:rPr>
        <w:t>34. Why does Month 3 teach a target of bullying to stay connected to people who treat them right?</w:t>
      </w:r>
    </w:p>
    <w:p>
      <w:pPr>
        <w:spacing w:after="60"/>
      </w:pPr>
      <w:r>
        <w:rPr>
          <w:b w:val="0"/>
          <w:i w:val="0"/>
          <w:sz w:val="22"/>
        </w:rPr>
        <w:t>A. So other people can fight the bullying for them</w:t>
      </w:r>
    </w:p>
    <w:p>
      <w:pPr>
        <w:spacing w:after="60"/>
      </w:pPr>
      <w:r>
        <w:rPr>
          <w:b w:val="0"/>
          <w:i w:val="0"/>
          <w:sz w:val="22"/>
        </w:rPr>
        <w:t>B. So they can keep reading every painful message</w:t>
      </w:r>
    </w:p>
    <w:p>
      <w:pPr>
        <w:spacing w:after="60"/>
      </w:pPr>
      <w:r>
        <w:rPr>
          <w:b w:val="0"/>
          <w:i w:val="0"/>
          <w:sz w:val="22"/>
        </w:rPr>
        <w:t>C. Bullying aims to isolate the target, and staying connected works against that aim</w:t>
      </w:r>
    </w:p>
    <w:p>
      <w:pPr>
        <w:spacing w:after="60"/>
      </w:pPr>
      <w:r>
        <w:rPr>
          <w:b w:val="0"/>
          <w:i w:val="0"/>
          <w:sz w:val="22"/>
        </w:rPr>
        <w:t>D. Connection makes evidence unnecessary</w:t>
      </w:r>
    </w:p>
    <w:p>
      <w:pPr>
        <w:spacing w:after="60"/>
      </w:pPr>
      <w:r>
        <w:rPr>
          <w:b/>
          <w:i w:val="0"/>
          <w:sz w:val="22"/>
        </w:rPr>
        <w:t>35. Sitting with a targeted student at lunch and adding them to your group chat is described in Month 3 as what?</w:t>
      </w:r>
    </w:p>
    <w:p>
      <w:pPr>
        <w:spacing w:after="60"/>
      </w:pPr>
      <w:r>
        <w:rPr>
          <w:b w:val="0"/>
          <w:i w:val="0"/>
          <w:sz w:val="22"/>
        </w:rPr>
        <w:t>A. Inclusion acting as a shield, because isolation is what the bullying is trying to create</w:t>
      </w:r>
    </w:p>
    <w:p>
      <w:pPr>
        <w:spacing w:after="60"/>
      </w:pPr>
      <w:r>
        <w:rPr>
          <w:b w:val="0"/>
          <w:i w:val="0"/>
          <w:sz w:val="22"/>
        </w:rPr>
        <w:t>B. Snitching on the group</w:t>
      </w:r>
    </w:p>
    <w:p>
      <w:pPr>
        <w:spacing w:after="60"/>
      </w:pPr>
      <w:r>
        <w:rPr>
          <w:b w:val="0"/>
          <w:i w:val="0"/>
          <w:sz w:val="22"/>
        </w:rPr>
        <w:t>C. Feeding the bullying</w:t>
      </w:r>
    </w:p>
    <w:p>
      <w:pPr>
        <w:spacing w:after="60"/>
      </w:pPr>
      <w:r>
        <w:rPr>
          <w:b w:val="0"/>
          <w:i w:val="0"/>
          <w:sz w:val="22"/>
        </w:rPr>
        <w:t>D. A public call-out</w:t>
      </w:r>
    </w:p>
    <w:p>
      <w:pPr>
        <w:spacing w:after="60"/>
      </w:pPr>
      <w:r>
        <w:rPr>
          <w:b/>
          <w:i w:val="0"/>
          <w:sz w:val="22"/>
        </w:rPr>
        <w:t>36. A student being bullied tells a friend they are thinking of hurting themselves. How does Month 3 say to treat that?</w:t>
      </w:r>
    </w:p>
    <w:p>
      <w:pPr>
        <w:spacing w:after="60"/>
      </w:pPr>
      <w:r>
        <w:rPr>
          <w:b w:val="0"/>
          <w:i w:val="0"/>
          <w:sz w:val="22"/>
        </w:rPr>
        <w:t>A. As a joke unless they say it twice</w:t>
      </w:r>
    </w:p>
    <w:p>
      <w:pPr>
        <w:spacing w:after="60"/>
      </w:pPr>
      <w:r>
        <w:rPr>
          <w:b w:val="0"/>
          <w:i w:val="0"/>
          <w:sz w:val="22"/>
        </w:rPr>
        <w:t>B. As a secret to keep until school ends</w:t>
      </w:r>
    </w:p>
    <w:p>
      <w:pPr>
        <w:spacing w:after="60"/>
      </w:pPr>
      <w:r>
        <w:rPr>
          <w:b w:val="0"/>
          <w:i w:val="0"/>
          <w:sz w:val="22"/>
        </w:rPr>
        <w:t>C. As something only the target can report</w:t>
      </w:r>
    </w:p>
    <w:p>
      <w:pPr>
        <w:spacing w:after="60"/>
      </w:pPr>
      <w:r>
        <w:rPr>
          <w:b w:val="0"/>
          <w:i w:val="0"/>
          <w:sz w:val="22"/>
        </w:rPr>
        <w:t>D. As real, every time — tell an adult and share 988 with them, or call 988 yourself and ask what to do</w:t>
      </w:r>
    </w:p>
    <w:p>
      <w:pPr>
        <w:spacing w:after="60"/>
      </w:pPr>
      <w:r>
        <w:rPr>
          <w:b/>
          <w:i w:val="0"/>
          <w:sz w:val="22"/>
        </w:rPr>
        <w:t>37. Which set of questions does Month 3 give for deciding whether something is bullying?</w:t>
      </w:r>
    </w:p>
    <w:p>
      <w:pPr>
        <w:spacing w:after="60"/>
      </w:pPr>
      <w:r>
        <w:rPr>
          <w:b w:val="0"/>
          <w:i w:val="0"/>
          <w:sz w:val="22"/>
        </w:rPr>
        <w:t>A. Did a teacher see it? Was it loud? Did it happen at school?</w:t>
      </w:r>
    </w:p>
    <w:p>
      <w:pPr>
        <w:spacing w:after="60"/>
      </w:pPr>
      <w:r>
        <w:rPr>
          <w:b w:val="0"/>
          <w:i w:val="0"/>
          <w:sz w:val="22"/>
        </w:rPr>
        <w:t>B. Has it happened more than once or is it likely to keep happening? Is it meant to hurt, embarrass, or control? Is one side clearly stronger?</w:t>
      </w:r>
    </w:p>
    <w:p>
      <w:pPr>
        <w:spacing w:after="60"/>
      </w:pPr>
      <w:r>
        <w:rPr>
          <w:b w:val="0"/>
          <w:i w:val="0"/>
          <w:sz w:val="22"/>
        </w:rPr>
        <w:t>C. Was a phone used? Was it after midnight? Were three people there?</w:t>
      </w:r>
    </w:p>
    <w:p>
      <w:pPr>
        <w:spacing w:after="60"/>
      </w:pPr>
      <w:r>
        <w:rPr>
          <w:b w:val="0"/>
          <w:i w:val="0"/>
          <w:sz w:val="22"/>
        </w:rPr>
        <w:t>D. Did everyone laugh? Is the target popular? Did it end quickly?</w:t>
      </w:r>
    </w:p>
    <w:p>
      <w:pPr>
        <w:spacing w:after="60"/>
      </w:pPr>
      <w:r>
        <w:rPr>
          <w:b/>
          <w:i w:val="0"/>
          <w:sz w:val="22"/>
        </w:rPr>
        <w:t>38. After Alina-like reports, what does Month 3 say a student should expect after reporting bullying?</w:t>
      </w:r>
    </w:p>
    <w:p>
      <w:pPr>
        <w:spacing w:after="60"/>
      </w:pPr>
      <w:r>
        <w:rPr>
          <w:b w:val="0"/>
          <w:i w:val="0"/>
          <w:sz w:val="22"/>
        </w:rPr>
        <w:t>A. An adult may ask them to tell the story more than once, change may not be instant, and they should keep saving new evidence and report again if it continues</w:t>
      </w:r>
    </w:p>
    <w:p>
      <w:pPr>
        <w:spacing w:after="60"/>
      </w:pPr>
      <w:r>
        <w:rPr>
          <w:b w:val="0"/>
          <w:i w:val="0"/>
          <w:sz w:val="22"/>
        </w:rPr>
        <w:t>B. Everything will be fixed the same day, guaranteed</w:t>
      </w:r>
    </w:p>
    <w:p>
      <w:pPr>
        <w:spacing w:after="60"/>
      </w:pPr>
      <w:r>
        <w:rPr>
          <w:b w:val="0"/>
          <w:i w:val="0"/>
          <w:sz w:val="22"/>
        </w:rPr>
        <w:t>C. Reporting failed if change is not instant</w:t>
      </w:r>
    </w:p>
    <w:p>
      <w:pPr>
        <w:spacing w:after="60"/>
      </w:pPr>
      <w:r>
        <w:rPr>
          <w:b w:val="0"/>
          <w:i w:val="0"/>
          <w:sz w:val="22"/>
        </w:rPr>
        <w:t>D. They should delete their evidence once they report</w:t>
      </w:r>
    </w:p>
    <w:p>
      <w:pPr>
        <w:spacing w:after="60"/>
      </w:pPr>
      <w:r>
        <w:rPr>
          <w:b/>
          <w:i w:val="0"/>
          <w:sz w:val="22"/>
        </w:rPr>
        <w:t>39. In a mocking group chat, who does Month 3 say holds the most power to make the campaign fall apart?</w:t>
      </w:r>
    </w:p>
    <w:p>
      <w:pPr>
        <w:spacing w:after="60"/>
      </w:pPr>
      <w:r>
        <w:rPr>
          <w:b w:val="0"/>
          <w:i w:val="0"/>
          <w:sz w:val="22"/>
        </w:rPr>
        <w:t>A. Only the person who started the chat</w:t>
      </w:r>
    </w:p>
    <w:p>
      <w:pPr>
        <w:spacing w:after="60"/>
      </w:pPr>
      <w:r>
        <w:rPr>
          <w:b w:val="0"/>
          <w:i w:val="0"/>
          <w:sz w:val="22"/>
        </w:rPr>
        <w:t>B. Only the most popular student</w:t>
      </w:r>
    </w:p>
    <w:p>
      <w:pPr>
        <w:spacing w:after="60"/>
      </w:pPr>
      <w:r>
        <w:rPr>
          <w:b w:val="0"/>
          <w:i w:val="0"/>
          <w:sz w:val="22"/>
        </w:rPr>
        <w:t>C. The audience — bystanders who refuse to feed it, support the target, and tell an adult</w:t>
      </w:r>
    </w:p>
    <w:p>
      <w:pPr>
        <w:spacing w:after="60"/>
      </w:pPr>
      <w:r>
        <w:rPr>
          <w:b w:val="0"/>
          <w:i w:val="0"/>
          <w:sz w:val="22"/>
        </w:rPr>
        <w:t>D. No one except a teacher</w:t>
      </w:r>
    </w:p>
    <w:p>
      <w:pPr>
        <w:spacing w:after="60"/>
      </w:pPr>
      <w:r>
        <w:rPr>
          <w:b/>
          <w:i w:val="0"/>
          <w:sz w:val="22"/>
        </w:rPr>
        <w:t>40. Hitting, pushing, and taking or breaking someone's things are examples of which kind of bullying in Month 3?</w:t>
      </w:r>
    </w:p>
    <w:p>
      <w:pPr>
        <w:spacing w:after="60"/>
      </w:pPr>
      <w:r>
        <w:rPr>
          <w:b w:val="0"/>
          <w:i w:val="0"/>
          <w:sz w:val="22"/>
        </w:rPr>
        <w:t>A. Verbal bullying</w:t>
      </w:r>
    </w:p>
    <w:p>
      <w:pPr>
        <w:spacing w:after="60"/>
      </w:pPr>
      <w:r>
        <w:rPr>
          <w:b w:val="0"/>
          <w:i w:val="0"/>
          <w:sz w:val="22"/>
        </w:rPr>
        <w:t>B. Physical bullying</w:t>
      </w:r>
    </w:p>
    <w:p>
      <w:pPr>
        <w:spacing w:after="60"/>
      </w:pPr>
      <w:r>
        <w:rPr>
          <w:b w:val="0"/>
          <w:i w:val="0"/>
          <w:sz w:val="22"/>
        </w:rPr>
        <w:t>C. Social bullying</w:t>
      </w:r>
    </w:p>
    <w:p>
      <w:pPr>
        <w:spacing w:after="60"/>
      </w:pPr>
      <w:r>
        <w:rPr>
          <w:b w:val="0"/>
          <w:i w:val="0"/>
          <w:sz w:val="22"/>
        </w:rPr>
        <w:t>D. Exclusion</w:t>
      </w:r>
    </w:p>
    <w:p>
      <w:r>
        <w:br w:type="page"/>
      </w:r>
    </w:p>
    <w:p>
      <w:pPr>
        <w:pStyle w:val="Heading1"/>
      </w:pPr>
      <w:r>
        <w:t>Session 2 — Written Answers</w:t>
      </w:r>
    </w:p>
    <w:p>
      <w:pPr>
        <w:pStyle w:val="Heading2"/>
      </w:pPr>
      <w:r>
        <w:t>Written Answer W4 — 4 points</w:t>
      </w:r>
    </w:p>
    <w:p>
      <w:pPr>
        <w:spacing w:after="140"/>
      </w:pPr>
      <w:r>
        <w:rPr>
          <w:b w:val="0"/>
          <w:i w:val="0"/>
          <w:sz w:val="22"/>
        </w:rPr>
        <w:t>Someone you sent a photo to now threatens to share it unless you send more. Explain, in order,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For three weeks, the same older student and friends have mocked you in messages after school, shared an edited photo of you, and dared others to join in. Explain your plan and why each step helps.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At home one night, things feel unsafe and you cannot safely talk out loud on the phone. Explain how you could still ask for help, using ideas from Month 1.</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6 points</w:t>
      </w:r>
    </w:p>
    <w:p>
      <w:pPr>
        <w:spacing w:after="140"/>
      </w:pPr>
      <w:r>
        <w:rPr>
          <w:b w:val="0"/>
          <w:i w:val="0"/>
          <w:sz w:val="22"/>
        </w:rPr>
        <w:t>This quarter covered safety at home, safety online, and bullying. Write about ONE trusted-adult map and explain how that same map helps in all three kinds of trouble. Give an example for each kind.</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Month 1: Safety at Home and Knowing a Trusted Adult</w:t>
            </w:r>
          </w:p>
        </w:tc>
        <w:tc>
          <w:tcPr>
            <w:tcW w:type="dxa" w:w="3216"/>
          </w:tcPr>
          <w:p/>
        </w:tc>
        <w:tc>
          <w:tcPr>
            <w:tcW w:type="dxa" w:w="3216"/>
          </w:tcPr>
          <w:p/>
        </w:tc>
      </w:tr>
      <w:tr>
        <w:tc>
          <w:tcPr>
            <w:tcW w:type="dxa" w:w="3216"/>
          </w:tcPr>
          <w:p>
            <w:r>
              <w:t>Month 2: Online Safety — Strangers, Grooming, Sexting, and Sextortion</w:t>
            </w:r>
          </w:p>
        </w:tc>
        <w:tc>
          <w:tcPr>
            <w:tcW w:type="dxa" w:w="3216"/>
          </w:tcPr>
          <w:p/>
        </w:tc>
        <w:tc>
          <w:tcPr>
            <w:tcW w:type="dxa" w:w="3216"/>
          </w:tcPr>
          <w:p/>
        </w:tc>
      </w:tr>
      <w:tr>
        <w:tc>
          <w:tcPr>
            <w:tcW w:type="dxa" w:w="3216"/>
          </w:tcPr>
          <w:p>
            <w:r>
              <w:t>Month 3: Bullying and Cyberbullying — What to Do, How to Help a Friend</w:t>
            </w:r>
          </w:p>
        </w:tc>
        <w:tc>
          <w:tcPr>
            <w:tcW w:type="dxa" w:w="3216"/>
          </w:tcPr>
          <w:p/>
        </w:tc>
        <w:tc>
          <w:tcPr>
            <w:tcW w:type="dxa" w:w="3216"/>
          </w:tcPr>
          <w:p/>
        </w:tc>
      </w:tr>
      <w:tr>
        <w:tc>
          <w:tcPr>
            <w:tcW w:type="dxa" w:w="3216"/>
          </w:tcPr>
          <w:p>
            <w:r>
              <w:t>Final Exam — Months 1–3 (total 70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1: Safety at Home and Knowing a Trusted Adult · Online Safety — Strangers, Grooming, Sexting, and Sextortion · Bullying and Cyberbullying — What to Do, How to Help a Friend</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Youth</w:t>
            </w:r>
          </w:p>
          <w:p>
            <w:pPr>
              <w:jc w:val="center"/>
            </w:pPr>
            <w:r>
              <w:rPr>
                <w:b w:val="0"/>
                <w:sz w:val="24"/>
              </w:rPr>
              <w:t>Quarter 1 — Months 1–3</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1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1–20):</w:t>
      </w:r>
    </w:p>
    <w:p>
      <w:pPr>
        <w:spacing w:after="60"/>
      </w:pPr>
      <w:r>
        <w:rPr>
          <w:b w:val="0"/>
          <w:i w:val="0"/>
          <w:sz w:val="22"/>
        </w:rPr>
        <w:t>1. Your feelings are information, and feeling that way is enough reason to talk to a trusted adult</w:t>
      </w:r>
    </w:p>
    <w:p>
      <w:pPr>
        <w:spacing w:after="60"/>
      </w:pPr>
      <w:r>
        <w:rPr>
          <w:b w:val="0"/>
          <w:i w:val="0"/>
          <w:sz w:val="22"/>
        </w:rPr>
        <w:t>2. A family argues sometimes, but no one is hurt, there is food and a place to sleep, and someone knows where the young person is</w:t>
      </w:r>
    </w:p>
    <w:p>
      <w:pPr>
        <w:spacing w:after="60"/>
      </w:pPr>
      <w:r>
        <w:rPr>
          <w:b w:val="0"/>
          <w:i w:val="0"/>
          <w:sz w:val="22"/>
        </w:rPr>
        <w:t>3. A code word agreed on ahead of time</w:t>
      </w:r>
    </w:p>
    <w:p>
      <w:pPr>
        <w:spacing w:after="60"/>
      </w:pPr>
      <w:r>
        <w:rPr>
          <w:b w:val="0"/>
          <w:i w:val="0"/>
          <w:sz w:val="22"/>
        </w:rPr>
        <w:t>4. Showing someone a note written on paper or on his phone screen</w:t>
      </w:r>
    </w:p>
    <w:p>
      <w:pPr>
        <w:spacing w:after="60"/>
      </w:pPr>
      <w:r>
        <w:rPr>
          <w:b w:val="0"/>
          <w:i w:val="0"/>
          <w:sz w:val="22"/>
        </w:rPr>
        <w:t>5. Essentials — what you need if you ever have to leave fast</w:t>
      </w:r>
    </w:p>
    <w:p>
      <w:pPr>
        <w:spacing w:after="60"/>
      </w:pPr>
      <w:r>
        <w:rPr>
          <w:b w:val="0"/>
          <w:i w:val="0"/>
          <w:sz w:val="22"/>
        </w:rPr>
        <w:t>6. Step between them or protect someone by putting your own body in the way</w:t>
      </w:r>
    </w:p>
    <w:p>
      <w:pPr>
        <w:spacing w:after="60"/>
      </w:pPr>
      <w:r>
        <w:rPr>
          <w:b w:val="0"/>
          <w:i w:val="0"/>
          <w:sz w:val="22"/>
        </w:rPr>
        <w:t>7. Kept private, shared only with people who need to know in order to help or keep you safe</w:t>
      </w:r>
    </w:p>
    <w:p>
      <w:pPr>
        <w:spacing w:after="60"/>
      </w:pPr>
      <w:r>
        <w:rPr>
          <w:b w:val="0"/>
          <w:i w:val="0"/>
          <w:sz w:val="22"/>
        </w:rPr>
        <w:t>8. Practicing when calm makes the words much easier to say when you are scared</w:t>
      </w:r>
    </w:p>
    <w:p>
      <w:pPr>
        <w:spacing w:after="60"/>
      </w:pPr>
      <w:r>
        <w:rPr>
          <w:b w:val="0"/>
          <w:i w:val="0"/>
          <w:sz w:val="22"/>
        </w:rPr>
        <w:t>9. In a notes app, a school notebook, or on a card in your backpack</w:t>
      </w:r>
    </w:p>
    <w:p>
      <w:pPr>
        <w:spacing w:after="60"/>
      </w:pPr>
      <w:r>
        <w:rPr>
          <w:b w:val="0"/>
          <w:i w:val="0"/>
          <w:sz w:val="22"/>
        </w:rPr>
        <w:t>10. One person might not be reachable, so another trusted adult can be contacted</w:t>
      </w:r>
    </w:p>
    <w:p>
      <w:pPr>
        <w:spacing w:after="60"/>
      </w:pPr>
      <w:r>
        <w:rPr>
          <w:b w:val="0"/>
          <w:i w:val="0"/>
          <w:sz w:val="22"/>
        </w:rPr>
        <w:t>11. The one who takes the young person seriously and follows through to help</w:t>
      </w:r>
    </w:p>
    <w:p>
      <w:pPr>
        <w:spacing w:after="60"/>
      </w:pPr>
      <w:r>
        <w:rPr>
          <w:b w:val="0"/>
          <w:i w:val="0"/>
          <w:sz w:val="22"/>
        </w:rPr>
        <w:t>12. Ana never has to keep that kind of secret, and the threat is part of the problem, not a rule she must follow</w:t>
      </w:r>
    </w:p>
    <w:p>
      <w:pPr>
        <w:spacing w:after="60"/>
      </w:pPr>
      <w:r>
        <w:rPr>
          <w:b w:val="0"/>
          <w:i w:val="0"/>
          <w:sz w:val="22"/>
        </w:rPr>
        <w:t>13. Neglect — a child's basic needs are not being met</w:t>
      </w:r>
    </w:p>
    <w:p>
      <w:pPr>
        <w:spacing w:after="60"/>
      </w:pPr>
      <w:r>
        <w:rPr>
          <w:b w:val="0"/>
          <w:i w:val="0"/>
          <w:sz w:val="22"/>
        </w:rPr>
        <w:t>14. Any one red flag is enough — you do not have to wait until it gets worse</w:t>
      </w:r>
    </w:p>
    <w:p>
      <w:pPr>
        <w:spacing w:after="60"/>
      </w:pPr>
      <w:r>
        <w:rPr>
          <w:b w:val="0"/>
          <w:i w:val="0"/>
          <w:sz w:val="22"/>
        </w:rPr>
        <w:t>15. Digital footprint</w:t>
      </w:r>
    </w:p>
    <w:p>
      <w:pPr>
        <w:spacing w:after="60"/>
      </w:pPr>
      <w:r>
        <w:rPr>
          <w:b w:val="0"/>
          <w:i w:val="0"/>
          <w:sz w:val="22"/>
        </w:rPr>
        <w:t>16. If you would not want it on a screen in the school cafeteria, do not send it</w:t>
      </w:r>
    </w:p>
    <w:p>
      <w:pPr>
        <w:spacing w:after="60"/>
      </w:pPr>
      <w:r>
        <w:rPr>
          <w:b w:val="0"/>
          <w:i w:val="0"/>
          <w:sz w:val="22"/>
        </w:rPr>
        <w:t>17. The fast friendship — lots of attention, compliments, and gifts</w:t>
      </w:r>
    </w:p>
    <w:p>
      <w:pPr>
        <w:spacing w:after="60"/>
      </w:pPr>
      <w:r>
        <w:rPr>
          <w:b w:val="0"/>
          <w:i w:val="0"/>
          <w:sz w:val="22"/>
        </w:rPr>
        <w:t>18. A private account</w:t>
      </w:r>
    </w:p>
    <w:p>
      <w:pPr>
        <w:spacing w:after="60"/>
      </w:pPr>
      <w:r>
        <w:rPr>
          <w:b w:val="0"/>
          <w:i w:val="0"/>
          <w:sz w:val="22"/>
        </w:rPr>
        <w:t>19. Nobody legitimate — not a game company and not a friend — will ask for your password</w:t>
      </w:r>
    </w:p>
    <w:p>
      <w:pPr>
        <w:spacing w:after="60"/>
      </w:pPr>
      <w:r>
        <w:rPr>
          <w:b w:val="0"/>
          <w:i w:val="0"/>
          <w:sz w:val="22"/>
        </w:rPr>
        <w:t>20. Turn off location sharing in apps and in photos, and do not post where you will be</w:t>
      </w:r>
    </w:p>
    <w:p>
      <w:pPr>
        <w:spacing w:after="140"/>
      </w:pPr>
      <w:r>
        <w:rPr>
          <w:b/>
          <w:i w:val="0"/>
          <w:sz w:val="22"/>
        </w:rPr>
        <w:t>Session 2 (questions 21–40):</w:t>
      </w:r>
    </w:p>
    <w:p>
      <w:pPr>
        <w:spacing w:after="60"/>
      </w:pPr>
      <w:r>
        <w:rPr>
          <w:b w:val="0"/>
          <w:i w:val="0"/>
          <w:sz w:val="22"/>
        </w:rPr>
        <w:t>21. Stop and check with an adult, even if the account looks familiar, because accounts get hacked and copied</w:t>
      </w:r>
    </w:p>
    <w:p>
      <w:pPr>
        <w:spacing w:after="60"/>
      </w:pPr>
      <w:r>
        <w:rPr>
          <w:b w:val="0"/>
          <w:i w:val="0"/>
          <w:sz w:val="22"/>
        </w:rPr>
        <w:t>22. Help get images of minors removed from the internet</w:t>
      </w:r>
    </w:p>
    <w:p>
      <w:pPr>
        <w:spacing w:after="60"/>
      </w:pPr>
      <w:r>
        <w:rPr>
          <w:b w:val="0"/>
          <w:i w:val="0"/>
          <w:sz w:val="22"/>
        </w:rPr>
        <w:t>23. The CyberTipline, run by the National Center for Missing &amp; Exploited Children</w:t>
      </w:r>
    </w:p>
    <w:p>
      <w:pPr>
        <w:spacing w:after="60"/>
      </w:pPr>
      <w:r>
        <w:rPr>
          <w:b w:val="0"/>
          <w:i w:val="0"/>
          <w:sz w:val="22"/>
        </w:rPr>
        <w:t>24. Helpers need the account names and the threats to act</w:t>
      </w:r>
    </w:p>
    <w:p>
      <w:pPr>
        <w:spacing w:after="60"/>
      </w:pPr>
      <w:r>
        <w:rPr>
          <w:b w:val="0"/>
          <w:i w:val="0"/>
          <w:sz w:val="22"/>
        </w:rPr>
        <w:t>25. Go to the next person on her trusted-adult map, or call or text a help line herself, until someone acts</w:t>
      </w:r>
    </w:p>
    <w:p>
      <w:pPr>
        <w:spacing w:after="60"/>
      </w:pPr>
      <w:r>
        <w:rPr>
          <w:b w:val="0"/>
          <w:i w:val="0"/>
          <w:sz w:val="22"/>
        </w:rPr>
        <w:t>26. A photo shared in trust can be forwarded after an argument, saved without you knowing, or used to pressure you later</w:t>
      </w:r>
    </w:p>
    <w:p>
      <w:pPr>
        <w:spacing w:after="60"/>
      </w:pPr>
      <w:r>
        <w:rPr>
          <w:b w:val="0"/>
          <w:i w:val="0"/>
          <w:sz w:val="22"/>
        </w:rPr>
        <w:t>27. Links and files can be used to steal accounts or track a device</w:t>
      </w:r>
    </w:p>
    <w:p>
      <w:pPr>
        <w:spacing w:after="60"/>
      </w:pPr>
      <w:r>
        <w:rPr>
          <w:b w:val="0"/>
          <w:i w:val="0"/>
          <w:sz w:val="22"/>
        </w:rPr>
        <w:t>28. Social bullying</w:t>
      </w:r>
    </w:p>
    <w:p>
      <w:pPr>
        <w:spacing w:after="60"/>
      </w:pPr>
      <w:r>
        <w:rPr>
          <w:b w:val="0"/>
          <w:i w:val="0"/>
          <w:sz w:val="22"/>
        </w:rPr>
        <w:t>29. It can follow you home with no break, and it can be copied and shared to a huge audience in seconds</w:t>
      </w:r>
    </w:p>
    <w:p>
      <w:pPr>
        <w:spacing w:after="60"/>
      </w:pPr>
      <w:r>
        <w:rPr>
          <w:b w:val="0"/>
          <w:i w:val="0"/>
          <w:sz w:val="22"/>
        </w:rPr>
        <w:t>30. The name, the post, and the date</w:t>
      </w:r>
    </w:p>
    <w:p>
      <w:pPr>
        <w:spacing w:after="60"/>
      </w:pPr>
      <w:r>
        <w:rPr>
          <w:b w:val="0"/>
          <w:i w:val="0"/>
          <w:sz w:val="22"/>
        </w:rPr>
        <w:t>31. Every forward widens the audience and the harm</w:t>
      </w:r>
    </w:p>
    <w:p>
      <w:pPr>
        <w:spacing w:after="60"/>
      </w:pPr>
      <w:r>
        <w:rPr>
          <w:b w:val="0"/>
          <w:i w:val="0"/>
          <w:sz w:val="22"/>
        </w:rPr>
        <w:t>32. One that names what you did, says you were wrong, and makes no excuses or blame for the target being upset</w:t>
      </w:r>
    </w:p>
    <w:p>
      <w:pPr>
        <w:spacing w:after="60"/>
      </w:pPr>
      <w:r>
        <w:rPr>
          <w:b w:val="0"/>
          <w:i w:val="0"/>
          <w:sz w:val="22"/>
        </w:rPr>
        <w:t>33. Do not reply angrily in the chat; instead save evidence, block, and bring it to adults</w:t>
      </w:r>
    </w:p>
    <w:p>
      <w:pPr>
        <w:spacing w:after="60"/>
      </w:pPr>
      <w:r>
        <w:rPr>
          <w:b w:val="0"/>
          <w:i w:val="0"/>
          <w:sz w:val="22"/>
        </w:rPr>
        <w:t>34. Bullying aims to isolate the target, and staying connected works against that aim</w:t>
      </w:r>
    </w:p>
    <w:p>
      <w:pPr>
        <w:spacing w:after="60"/>
      </w:pPr>
      <w:r>
        <w:rPr>
          <w:b w:val="0"/>
          <w:i w:val="0"/>
          <w:sz w:val="22"/>
        </w:rPr>
        <w:t>35. Inclusion acting as a shield, because isolation is what the bullying is trying to create</w:t>
      </w:r>
    </w:p>
    <w:p>
      <w:pPr>
        <w:spacing w:after="60"/>
      </w:pPr>
      <w:r>
        <w:rPr>
          <w:b w:val="0"/>
          <w:i w:val="0"/>
          <w:sz w:val="22"/>
        </w:rPr>
        <w:t>36. As real, every time — tell an adult and share 988 with them, or call 988 yourself and ask what to do</w:t>
      </w:r>
    </w:p>
    <w:p>
      <w:pPr>
        <w:spacing w:after="60"/>
      </w:pPr>
      <w:r>
        <w:rPr>
          <w:b w:val="0"/>
          <w:i w:val="0"/>
          <w:sz w:val="22"/>
        </w:rPr>
        <w:t>37. Has it happened more than once or is it likely to keep happening? Is it meant to hurt, embarrass, or control? Is one side clearly stronger?</w:t>
      </w:r>
    </w:p>
    <w:p>
      <w:pPr>
        <w:spacing w:after="60"/>
      </w:pPr>
      <w:r>
        <w:rPr>
          <w:b w:val="0"/>
          <w:i w:val="0"/>
          <w:sz w:val="22"/>
        </w:rPr>
        <w:t>38. An adult may ask them to tell the story more than once, change may not be instant, and they should keep saving new evidence and report again if it continues</w:t>
      </w:r>
    </w:p>
    <w:p>
      <w:pPr>
        <w:spacing w:after="60"/>
      </w:pPr>
      <w:r>
        <w:rPr>
          <w:b w:val="0"/>
          <w:i w:val="0"/>
          <w:sz w:val="22"/>
        </w:rPr>
        <w:t>39. The audience — bystanders who refuse to feed it, support the target, and tell an adult</w:t>
      </w:r>
    </w:p>
    <w:p>
      <w:pPr>
        <w:spacing w:after="60"/>
      </w:pPr>
      <w:r>
        <w:rPr>
          <w:b w:val="0"/>
          <w:i w:val="0"/>
          <w:sz w:val="22"/>
        </w:rPr>
        <w:t>40. Physical bullying</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A classmate, Jamal, tells you he was locked out of his home overnight, there is often no food in the house, an…</w:t>
      </w:r>
    </w:p>
    <w:p>
      <w:pPr>
        <w:spacing w:after="140"/>
      </w:pPr>
      <w:r>
        <w:rPr>
          <w:b w:val="0"/>
          <w:i w:val="0"/>
          <w:sz w:val="22"/>
        </w:rPr>
        <w:t>A complete answer includes:</w:t>
      </w:r>
    </w:p>
    <w:p>
      <w:pPr>
        <w:spacing w:after="140"/>
      </w:pPr>
      <w:r>
        <w:rPr>
          <w:b w:val="0"/>
          <w:i w:val="0"/>
          <w:sz w:val="22"/>
        </w:rPr>
        <w:t>• Names being locked out overnight, often having no food, or feeling afraid to go home as red flags / signs of possible neglect</w:t>
      </w:r>
    </w:p>
    <w:p>
      <w:pPr>
        <w:spacing w:after="140"/>
      </w:pPr>
      <w:r>
        <w:rPr>
          <w:b w:val="0"/>
          <w:i w:val="0"/>
          <w:sz w:val="22"/>
        </w:rPr>
        <w:t>• Says this is a safety secret that does not have to be kept, and telling is not snitching or betrayal</w:t>
      </w:r>
    </w:p>
    <w:p>
      <w:pPr>
        <w:spacing w:after="140"/>
      </w:pPr>
      <w:r>
        <w:rPr>
          <w:b w:val="0"/>
          <w:i w:val="0"/>
          <w:sz w:val="22"/>
        </w:rPr>
        <w:t>• Tells a trusted adult the same day (or calls Childhelp 1-800-422-4453 / 911 if he is in danger tonight)</w:t>
      </w:r>
    </w:p>
    <w:p>
      <w:pPr>
        <w:spacing w:after="140"/>
      </w:pPr>
      <w:r>
        <w:rPr>
          <w:b w:val="0"/>
          <w:i w:val="0"/>
          <w:sz w:val="22"/>
        </w:rPr>
        <w:t>• Keeps telling the next trusted adult if the first does nothing, and stays supportive to Jamal afterward</w:t>
      </w:r>
    </w:p>
    <w:p>
      <w:pPr>
        <w:pStyle w:val="Heading3"/>
      </w:pPr>
      <w:r>
        <w:t>W2 — 4 points. In a game, a player who has given you gifts for a week asks you to move to a private chat app 'just between us…</w:t>
      </w:r>
    </w:p>
    <w:p>
      <w:pPr>
        <w:spacing w:after="140"/>
      </w:pPr>
      <w:r>
        <w:rPr>
          <w:b w:val="0"/>
          <w:i w:val="0"/>
          <w:sz w:val="22"/>
        </w:rPr>
        <w:t>A complete answer includes:</w:t>
      </w:r>
    </w:p>
    <w:p>
      <w:pPr>
        <w:spacing w:after="140"/>
      </w:pPr>
      <w:r>
        <w:rPr>
          <w:b w:val="0"/>
          <w:i w:val="0"/>
          <w:sz w:val="22"/>
        </w:rPr>
        <w:t>• Names the pattern: fast friendship, gifts and compliments, secrecy / moving to a private app, and asking for personal details are grooming steps</w:t>
      </w:r>
    </w:p>
    <w:p>
      <w:pPr>
        <w:spacing w:after="140"/>
      </w:pPr>
      <w:r>
        <w:rPr>
          <w:b w:val="0"/>
          <w:i w:val="0"/>
          <w:sz w:val="22"/>
        </w:rPr>
        <w:t>• Does not answer the school question or share personal details</w:t>
      </w:r>
    </w:p>
    <w:p>
      <w:pPr>
        <w:spacing w:after="140"/>
      </w:pPr>
      <w:r>
        <w:rPr>
          <w:b w:val="0"/>
          <w:i w:val="0"/>
          <w:sz w:val="22"/>
        </w:rPr>
        <w:t>• Stops contact, blocks and reports the account</w:t>
      </w:r>
    </w:p>
    <w:p>
      <w:pPr>
        <w:spacing w:after="140"/>
      </w:pPr>
      <w:r>
        <w:rPr>
          <w:b w:val="0"/>
          <w:i w:val="0"/>
          <w:sz w:val="22"/>
        </w:rPr>
        <w:t>• Tells a trusted adult and shows the messages</w:t>
      </w:r>
    </w:p>
    <w:p>
      <w:pPr>
        <w:pStyle w:val="Heading3"/>
      </w:pPr>
      <w:r>
        <w:t>W3 — 4 points. You are in a group chat where students keep posting edited photos of a classmate with cruel captions. You have…</w:t>
      </w:r>
    </w:p>
    <w:p>
      <w:pPr>
        <w:spacing w:after="140"/>
      </w:pPr>
      <w:r>
        <w:rPr>
          <w:b w:val="0"/>
          <w:i w:val="0"/>
          <w:sz w:val="22"/>
        </w:rPr>
        <w:t>A complete answer includes:</w:t>
      </w:r>
    </w:p>
    <w:p>
      <w:pPr>
        <w:spacing w:after="140"/>
      </w:pPr>
      <w:r>
        <w:rPr>
          <w:b w:val="0"/>
          <w:i w:val="0"/>
          <w:sz w:val="22"/>
        </w:rPr>
        <w:t>• Recognizes silence in the audience still feeds bullying — the audience gives it power</w:t>
      </w:r>
    </w:p>
    <w:p>
      <w:pPr>
        <w:spacing w:after="140"/>
      </w:pPr>
      <w:r>
        <w:rPr>
          <w:b w:val="0"/>
          <w:i w:val="0"/>
          <w:sz w:val="22"/>
        </w:rPr>
        <w:t>• Supports the target directly with a kind message and/or includes them</w:t>
      </w:r>
    </w:p>
    <w:p>
      <w:pPr>
        <w:spacing w:after="140"/>
      </w:pPr>
      <w:r>
        <w:rPr>
          <w:b w:val="0"/>
          <w:i w:val="0"/>
          <w:sz w:val="22"/>
        </w:rPr>
        <w:t>• Saves evidence with names and dates, leaves the chat, and tells a trusted adult or counselor</w:t>
      </w:r>
    </w:p>
    <w:p>
      <w:pPr>
        <w:spacing w:after="140"/>
      </w:pPr>
      <w:r>
        <w:rPr>
          <w:b w:val="0"/>
          <w:i w:val="0"/>
          <w:sz w:val="22"/>
        </w:rPr>
        <w:t>• Does not laugh, like, or forward the posts</w:t>
      </w:r>
    </w:p>
    <w:p>
      <w:pPr>
        <w:pStyle w:val="Heading3"/>
      </w:pPr>
      <w:r>
        <w:t>W4 — 4 points. Someone you sent a photo to now threatens to share it unless you send more. Explain, in order, what you would …</w:t>
      </w:r>
    </w:p>
    <w:p>
      <w:pPr>
        <w:spacing w:after="140"/>
      </w:pPr>
      <w:r>
        <w:rPr>
          <w:b w:val="0"/>
          <w:i w:val="0"/>
          <w:sz w:val="22"/>
        </w:rPr>
        <w:t>A complete answer includes:</w:t>
      </w:r>
    </w:p>
    <w:p>
      <w:pPr>
        <w:spacing w:after="140"/>
      </w:pPr>
      <w:r>
        <w:rPr>
          <w:b w:val="0"/>
          <w:i w:val="0"/>
          <w:sz w:val="22"/>
        </w:rPr>
        <w:t>• Stops replying — does not negotiate, send anything else, or pay anything</w:t>
      </w:r>
    </w:p>
    <w:p>
      <w:pPr>
        <w:spacing w:after="140"/>
      </w:pPr>
      <w:r>
        <w:rPr>
          <w:b w:val="0"/>
          <w:i w:val="0"/>
          <w:sz w:val="22"/>
        </w:rPr>
        <w:t>• Saves evidence (screenshots of threats and account names) before blocking and reporting</w:t>
      </w:r>
    </w:p>
    <w:p>
      <w:pPr>
        <w:spacing w:after="140"/>
      </w:pPr>
      <w:r>
        <w:rPr>
          <w:b w:val="0"/>
          <w:i w:val="0"/>
          <w:sz w:val="22"/>
        </w:rPr>
        <w:t>• Tells a trusted adult today</w:t>
      </w:r>
    </w:p>
    <w:p>
      <w:pPr>
        <w:spacing w:after="140"/>
      </w:pPr>
      <w:r>
        <w:rPr>
          <w:b w:val="0"/>
          <w:i w:val="0"/>
          <w:sz w:val="22"/>
        </w:rPr>
        <w:t>• Names this as sextortion — a crime by the person threatening — and that the blame is not the young person's; adults can use the CyberTipline and Take It Down</w:t>
      </w:r>
    </w:p>
    <w:p>
      <w:pPr>
        <w:pStyle w:val="Heading3"/>
      </w:pPr>
      <w:r>
        <w:t>W5 — 4 points. For three weeks, the same older student and friends have mocked you in messages after school, shared an edited…</w:t>
      </w:r>
    </w:p>
    <w:p>
      <w:pPr>
        <w:spacing w:after="140"/>
      </w:pPr>
      <w:r>
        <w:rPr>
          <w:b w:val="0"/>
          <w:i w:val="0"/>
          <w:sz w:val="22"/>
        </w:rPr>
        <w:t>A complete answer includes:</w:t>
      </w:r>
    </w:p>
    <w:p>
      <w:pPr>
        <w:spacing w:after="140"/>
      </w:pPr>
      <w:r>
        <w:rPr>
          <w:b w:val="0"/>
          <w:i w:val="0"/>
          <w:sz w:val="22"/>
        </w:rPr>
        <w:t>• Identifies it as bullying: repeated, on purpose, with a power difference / group</w:t>
      </w:r>
    </w:p>
    <w:p>
      <w:pPr>
        <w:spacing w:after="140"/>
      </w:pPr>
      <w:r>
        <w:rPr>
          <w:b w:val="0"/>
          <w:i w:val="0"/>
          <w:sz w:val="22"/>
        </w:rPr>
        <w:t>• Saves screenshots with dates and does not delete the thread</w:t>
      </w:r>
    </w:p>
    <w:p>
      <w:pPr>
        <w:spacing w:after="140"/>
      </w:pPr>
      <w:r>
        <w:rPr>
          <w:b w:val="0"/>
          <w:i w:val="0"/>
          <w:sz w:val="22"/>
        </w:rPr>
        <w:t>• Blocks accounts, tightens privacy, and does not fight back in writing</w:t>
      </w:r>
    </w:p>
    <w:p>
      <w:pPr>
        <w:spacing w:after="140"/>
      </w:pPr>
      <w:r>
        <w:rPr>
          <w:b w:val="0"/>
          <w:i w:val="0"/>
          <w:sz w:val="22"/>
        </w:rPr>
        <w:t>• Tells a trusted adult, goes to the next adult if the first shrugs it off, and stays connected to people who treat them right</w:t>
      </w:r>
    </w:p>
    <w:p>
      <w:pPr>
        <w:pStyle w:val="Heading3"/>
      </w:pPr>
      <w:r>
        <w:t>W6 — 4 points. At home one night, things feel unsafe and you cannot safely talk out loud on the phone. Explain how you could …</w:t>
      </w:r>
    </w:p>
    <w:p>
      <w:pPr>
        <w:spacing w:after="140"/>
      </w:pPr>
      <w:r>
        <w:rPr>
          <w:b w:val="0"/>
          <w:i w:val="0"/>
          <w:sz w:val="22"/>
        </w:rPr>
        <w:t>A complete answer includes:</w:t>
      </w:r>
    </w:p>
    <w:p>
      <w:pPr>
        <w:spacing w:after="140"/>
      </w:pPr>
      <w:r>
        <w:rPr>
          <w:b w:val="0"/>
          <w:i w:val="0"/>
          <w:sz w:val="22"/>
        </w:rPr>
        <w:t>• Uses a text option: text a trusted adult, text HOME to 741741, or call/text 988</w:t>
      </w:r>
    </w:p>
    <w:p>
      <w:pPr>
        <w:spacing w:after="140"/>
      </w:pPr>
      <w:r>
        <w:rPr>
          <w:b w:val="0"/>
          <w:i w:val="0"/>
          <w:sz w:val="22"/>
        </w:rPr>
        <w:t>• Or shows a written note on paper or a phone screen to someone safe</w:t>
      </w:r>
    </w:p>
    <w:p>
      <w:pPr>
        <w:spacing w:after="140"/>
      </w:pPr>
      <w:r>
        <w:rPr>
          <w:b w:val="0"/>
          <w:i w:val="0"/>
          <w:sz w:val="22"/>
        </w:rPr>
        <w:t>• Or plans to tell a teacher or counselor in person at school in a safe place</w:t>
      </w:r>
    </w:p>
    <w:p>
      <w:pPr>
        <w:spacing w:after="140"/>
      </w:pPr>
      <w:r>
        <w:rPr>
          <w:b w:val="0"/>
          <w:i w:val="0"/>
          <w:sz w:val="22"/>
        </w:rPr>
        <w:t>• If there is an emergency, calls 911 and stays on the line, or texts 911 where available</w:t>
      </w:r>
    </w:p>
    <w:p>
      <w:pPr>
        <w:pStyle w:val="Heading3"/>
      </w:pPr>
      <w:r>
        <w:t>W7 — 6 points. This quarter covered safety at home, safety online, and bullying. Write about ONE trusted-adult map and explai…</w:t>
      </w:r>
    </w:p>
    <w:p>
      <w:pPr>
        <w:spacing w:after="140"/>
      </w:pPr>
      <w:r>
        <w:rPr>
          <w:b w:val="0"/>
          <w:i w:val="0"/>
          <w:sz w:val="22"/>
        </w:rPr>
        <w:t>A complete answer includes:</w:t>
      </w:r>
    </w:p>
    <w:p>
      <w:pPr>
        <w:spacing w:after="140"/>
      </w:pPr>
      <w:r>
        <w:rPr>
          <w:b w:val="0"/>
          <w:i w:val="0"/>
          <w:sz w:val="22"/>
        </w:rPr>
        <w:t>• Describes a trusted adult correctly: listens, believes, does not hurt, and acts to help — and a map with three adults because one may not be reachable</w:t>
      </w:r>
    </w:p>
    <w:p>
      <w:pPr>
        <w:spacing w:after="140"/>
      </w:pPr>
      <w:r>
        <w:rPr>
          <w:b w:val="0"/>
          <w:i w:val="0"/>
          <w:sz w:val="22"/>
        </w:rPr>
        <w:t>• Home example: telling about a red flag at home, and keeping telling until someone acts</w:t>
      </w:r>
    </w:p>
    <w:p>
      <w:pPr>
        <w:spacing w:after="140"/>
      </w:pPr>
      <w:r>
        <w:rPr>
          <w:b w:val="0"/>
          <w:i w:val="0"/>
          <w:sz w:val="22"/>
        </w:rPr>
        <w:t>• Online example: telling quickly about grooming, pressure, or threats, with evidence saved</w:t>
      </w:r>
    </w:p>
    <w:p>
      <w:pPr>
        <w:spacing w:after="140"/>
      </w:pPr>
      <w:r>
        <w:rPr>
          <w:b w:val="0"/>
          <w:i w:val="0"/>
          <w:sz w:val="22"/>
        </w:rPr>
        <w:t>• Bullying example: bringing screenshots/evidence to an adult, since schools must respond and a pattern needs adults</w:t>
      </w:r>
    </w:p>
    <w:p>
      <w:pPr>
        <w:spacing w:after="140"/>
      </w:pPr>
      <w:r>
        <w:rPr>
          <w:b w:val="0"/>
          <w:i w:val="0"/>
          <w:sz w:val="22"/>
        </w:rPr>
        <w:t>• Explains safety secrets (touching, threats, harm) are never secrets to keep in any of the three settings</w:t>
      </w:r>
    </w:p>
    <w:p>
      <w:pPr>
        <w:spacing w:after="140"/>
      </w:pPr>
      <w:r>
        <w:rPr>
          <w:b/>
          <w:i w:val="0"/>
          <w:sz w:val="22"/>
        </w:rPr>
        <w:t>Total score: multiple choice 40 + written 30 = 70 points. Passing is 56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Month 1: Safety at Home and Knowing a Trusted Adult</w:t>
      </w:r>
    </w:p>
    <w:p>
      <w:pPr>
        <w:spacing w:after="140"/>
      </w:pPr>
      <w:r>
        <w:rPr>
          <w:b w:val="0"/>
          <w:i w:val="0"/>
          <w:sz w:val="22"/>
        </w:rPr>
        <w:t>• 911 — call if you or someone else is in danger right now.</w:t>
      </w:r>
    </w:p>
    <w:p>
      <w:pPr>
        <w:spacing w:after="140"/>
      </w:pPr>
      <w:r>
        <w:rPr>
          <w:b w:val="0"/>
          <w:i w:val="0"/>
          <w:sz w:val="22"/>
        </w:rPr>
        <w:t>• 988 (call/text) — call or text 988 any time for emotional distress or a crisis.</w:t>
      </w:r>
    </w:p>
    <w:p>
      <w:pPr>
        <w:spacing w:after="140"/>
      </w:pPr>
      <w:r>
        <w:rPr>
          <w:b w:val="0"/>
          <w:i w:val="0"/>
          <w:sz w:val="22"/>
        </w:rPr>
        <w:t>• Crisis Text Line — text HOME to 741741 to connect with a live counselor by text.</w:t>
      </w:r>
    </w:p>
    <w:p>
      <w:pPr>
        <w:spacing w:after="140"/>
      </w:pPr>
      <w:r>
        <w:rPr>
          <w:b w:val="0"/>
          <w:i w:val="0"/>
          <w:sz w:val="22"/>
        </w:rPr>
        <w:t>• Childhelp National Child Abuse Hotline — 1-800-422-4453 — call if home is the problem or you are worried about abuse or neglect.</w:t>
      </w:r>
    </w:p>
    <w:p>
      <w:pPr>
        <w:spacing w:after="140"/>
      </w:pPr>
      <w:r>
        <w:rPr>
          <w:b w:val="0"/>
          <w:i w:val="0"/>
          <w:sz w:val="22"/>
        </w:rPr>
        <w:t>• National Domestic Violence Hotline — 1-800-799-7233 / text START to 88788 — if there is violence or fear between adults at home, this line helps with safety planning.</w:t>
      </w:r>
    </w:p>
    <w:p>
      <w:pPr>
        <w:spacing w:after="140"/>
      </w:pPr>
      <w:r>
        <w:rPr>
          <w:b w:val="0"/>
          <w:i w:val="0"/>
          <w:sz w:val="22"/>
        </w:rPr>
        <w:t>• A trusted adult, your school counselor, or your school nurse — people in your daily life who can listen and act.</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2: Online Safety — Strangers, Grooming, Sexting, and Sextortion</w:t>
      </w:r>
    </w:p>
    <w:p>
      <w:pPr>
        <w:spacing w:after="140"/>
      </w:pPr>
      <w:r>
        <w:rPr>
          <w:b w:val="0"/>
          <w:i w:val="0"/>
          <w:sz w:val="22"/>
        </w:rPr>
        <w:t>• 911 — call if you are in danger right now or someone threatens to come to you in person.</w:t>
      </w:r>
    </w:p>
    <w:p>
      <w:pPr>
        <w:spacing w:after="140"/>
      </w:pPr>
      <w:r>
        <w:rPr>
          <w:b w:val="0"/>
          <w:i w:val="0"/>
          <w:sz w:val="22"/>
        </w:rPr>
        <w:t>• 988 (call/text) — call or text 988 any time for support during a crisis or frightening situation.</w:t>
      </w:r>
    </w:p>
    <w:p>
      <w:pPr>
        <w:spacing w:after="140"/>
      </w:pPr>
      <w:r>
        <w:rPr>
          <w:b w:val="0"/>
          <w:i w:val="0"/>
          <w:sz w:val="22"/>
        </w:rPr>
        <w:t>• Crisis Text Line — text HOME to 741741 if you would rather type than talk.</w:t>
      </w:r>
    </w:p>
    <w:p>
      <w:pPr>
        <w:spacing w:after="140"/>
      </w:pPr>
      <w:r>
        <w:rPr>
          <w:b w:val="0"/>
          <w:i w:val="0"/>
          <w:sz w:val="22"/>
        </w:rPr>
        <w:t>• CyberTipline — report.cybertip.org / 1-800-843-5678 — report online exploitation, grooming, or threats to share images.</w:t>
      </w:r>
    </w:p>
    <w:p>
      <w:pPr>
        <w:spacing w:after="140"/>
      </w:pPr>
      <w:r>
        <w:rPr>
          <w:b w:val="0"/>
          <w:i w:val="0"/>
          <w:sz w:val="22"/>
        </w:rPr>
        <w:t>• Take It Down — takeitdown.ncmec.org — free help to remove or stop the spread of images of minors online.</w:t>
      </w:r>
    </w:p>
    <w:p>
      <w:pPr>
        <w:spacing w:after="140"/>
      </w:pPr>
      <w:r>
        <w:rPr>
          <w:b w:val="0"/>
          <w:i w:val="0"/>
          <w:sz w:val="22"/>
        </w:rPr>
        <w:t>• Childhelp — 1-800-422-4453 — help if an adult, online or in person, is hurting or pressuring you.</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3: Bullying and Cyberbullying — What to Do, How to Help a Friend</w:t>
      </w:r>
    </w:p>
    <w:p>
      <w:pPr>
        <w:spacing w:after="140"/>
      </w:pPr>
      <w:r>
        <w:rPr>
          <w:b w:val="0"/>
          <w:i w:val="0"/>
          <w:sz w:val="22"/>
        </w:rPr>
        <w:t>• 911 — call if there are threats of violence, a weapon, or a plan to hurt someone soon.</w:t>
      </w:r>
    </w:p>
    <w:p>
      <w:pPr>
        <w:spacing w:after="140"/>
      </w:pPr>
      <w:r>
        <w:rPr>
          <w:b w:val="0"/>
          <w:i w:val="0"/>
          <w:sz w:val="22"/>
        </w:rPr>
        <w:t>• 988 (call/text) — call or text 988 any time, for yourself or for a friend who is struggling because of bullying.</w:t>
      </w:r>
    </w:p>
    <w:p>
      <w:pPr>
        <w:spacing w:after="140"/>
      </w:pPr>
      <w:r>
        <w:rPr>
          <w:b w:val="0"/>
          <w:i w:val="0"/>
          <w:sz w:val="22"/>
        </w:rPr>
        <w:t>• Crisis Text Line — text HOME to 741741 to talk by text when speaking out loud is hard.</w:t>
      </w:r>
    </w:p>
    <w:p>
      <w:pPr>
        <w:spacing w:after="140"/>
      </w:pPr>
      <w:r>
        <w:rPr>
          <w:b w:val="0"/>
          <w:i w:val="0"/>
          <w:sz w:val="22"/>
        </w:rPr>
        <w:t>• Childhelp — 1-800-422-4453 — help if bullying connects to abuse or unsafe conditions at home.</w:t>
      </w:r>
    </w:p>
    <w:p>
      <w:pPr>
        <w:spacing w:after="140"/>
      </w:pPr>
      <w:r>
        <w:rPr>
          <w:b w:val="0"/>
          <w:i w:val="0"/>
          <w:sz w:val="22"/>
        </w:rPr>
        <w:t>• CyberTipline — report.cybertip.org / 1-800-843-5678 — report sexual content, threats, or exploitation online.</w:t>
      </w:r>
    </w:p>
    <w:p>
      <w:pPr>
        <w:spacing w:after="140"/>
      </w:pPr>
      <w:r>
        <w:rPr>
          <w:b w:val="0"/>
          <w:i w:val="0"/>
          <w:sz w:val="22"/>
        </w:rPr>
        <w:t>• Your school counselor, a trusted adult, or your school nurse — the fastest in-person help for school bullying, especially with screenshots in hand.</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Final Exam — Months 1–3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